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A2C3C" w14:textId="0F3965B1" w:rsidR="00BE7757" w:rsidRPr="00BE7757" w:rsidRDefault="009D28ED" w:rsidP="00BE7757">
      <w:pPr>
        <w:rPr>
          <w:lang w:val="nl-NL"/>
        </w:rPr>
      </w:pPr>
      <w:r>
        <w:rPr>
          <w:lang w:val="nl-NL"/>
        </w:rPr>
        <w:t xml:space="preserve">De </w:t>
      </w:r>
      <w:r w:rsidR="00335C6B">
        <w:rPr>
          <w:lang w:val="nl-NL"/>
        </w:rPr>
        <w:t xml:space="preserve">speciale </w:t>
      </w:r>
      <w:r w:rsidR="00DE30C3">
        <w:rPr>
          <w:lang w:val="nl-NL"/>
        </w:rPr>
        <w:t>TT-veteranencamping</w:t>
      </w:r>
      <w:r>
        <w:rPr>
          <w:lang w:val="nl-NL"/>
        </w:rPr>
        <w:t xml:space="preserve"> is geopend van: Donderdag 25 juni 12:00 uur tot Zondag 28 juni 24:00 uur.</w:t>
      </w:r>
      <w:r w:rsidR="00335C6B">
        <w:rPr>
          <w:lang w:val="nl-NL"/>
        </w:rPr>
        <w:t xml:space="preserve"> </w:t>
      </w:r>
      <w:r w:rsidR="00023027">
        <w:rPr>
          <w:lang w:val="nl-NL"/>
        </w:rPr>
        <w:t>Voor veteranen (actief of BD), familie, vrienden etc.</w:t>
      </w:r>
    </w:p>
    <w:tbl>
      <w:tblPr>
        <w:tblStyle w:val="Rastertabel5donker-Accent3"/>
        <w:tblW w:w="0" w:type="auto"/>
        <w:tblLook w:val="04A0" w:firstRow="1" w:lastRow="0" w:firstColumn="1" w:lastColumn="0" w:noHBand="0" w:noVBand="1"/>
      </w:tblPr>
      <w:tblGrid>
        <w:gridCol w:w="4390"/>
        <w:gridCol w:w="4390"/>
      </w:tblGrid>
      <w:tr w:rsidR="00BE7757" w:rsidRPr="006B543A" w14:paraId="0D35B931" w14:textId="77777777" w:rsidTr="00BE7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5126D69" w14:textId="77777777" w:rsidR="00BE7757" w:rsidRDefault="00BE7757">
            <w:pPr>
              <w:rPr>
                <w:lang w:val="nl-NL"/>
              </w:rPr>
            </w:pPr>
          </w:p>
        </w:tc>
        <w:tc>
          <w:tcPr>
            <w:tcW w:w="4390" w:type="dxa"/>
          </w:tcPr>
          <w:p w14:paraId="5EFC3979" w14:textId="77777777" w:rsidR="00BE7757" w:rsidRDefault="00BE7757">
            <w:pPr>
              <w:cnfStyle w:val="100000000000" w:firstRow="1" w:lastRow="0" w:firstColumn="0" w:lastColumn="0" w:oddVBand="0" w:evenVBand="0" w:oddHBand="0" w:evenHBand="0" w:firstRowFirstColumn="0" w:firstRowLastColumn="0" w:lastRowFirstColumn="0" w:lastRowLastColumn="0"/>
              <w:rPr>
                <w:lang w:val="nl-NL"/>
              </w:rPr>
            </w:pPr>
          </w:p>
        </w:tc>
      </w:tr>
      <w:tr w:rsidR="00BE7757" w14:paraId="43E0264B"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9841F66" w14:textId="77777777" w:rsidR="00B2302D" w:rsidRDefault="00B2302D">
            <w:pPr>
              <w:rPr>
                <w:b w:val="0"/>
                <w:bCs w:val="0"/>
                <w:lang w:val="nl-NL"/>
              </w:rPr>
            </w:pPr>
            <w:r>
              <w:rPr>
                <w:lang w:val="nl-NL"/>
              </w:rPr>
              <w:t>Voornaam:</w:t>
            </w:r>
          </w:p>
          <w:p w14:paraId="610E454C" w14:textId="2B168C9F" w:rsidR="003A3B6C" w:rsidRPr="00B2302D" w:rsidRDefault="003A3B6C">
            <w:pPr>
              <w:rPr>
                <w:b w:val="0"/>
                <w:bCs w:val="0"/>
                <w:lang w:val="nl-NL"/>
              </w:rPr>
            </w:pPr>
          </w:p>
        </w:tc>
        <w:tc>
          <w:tcPr>
            <w:tcW w:w="4390" w:type="dxa"/>
          </w:tcPr>
          <w:p w14:paraId="7B854CCC" w14:textId="77777777" w:rsidR="00BE7757" w:rsidRDefault="00BE7757">
            <w:pPr>
              <w:cnfStyle w:val="000000100000" w:firstRow="0" w:lastRow="0" w:firstColumn="0" w:lastColumn="0" w:oddVBand="0" w:evenVBand="0" w:oddHBand="1" w:evenHBand="0" w:firstRowFirstColumn="0" w:firstRowLastColumn="0" w:lastRowFirstColumn="0" w:lastRowLastColumn="0"/>
              <w:rPr>
                <w:lang w:val="nl-NL"/>
              </w:rPr>
            </w:pPr>
          </w:p>
        </w:tc>
      </w:tr>
      <w:tr w:rsidR="00BE7757" w14:paraId="58C71D77"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74B143C4" w14:textId="77777777" w:rsidR="00BE7757" w:rsidRDefault="00B2302D">
            <w:pPr>
              <w:rPr>
                <w:b w:val="0"/>
                <w:bCs w:val="0"/>
                <w:lang w:val="nl-NL"/>
              </w:rPr>
            </w:pPr>
            <w:r>
              <w:rPr>
                <w:lang w:val="nl-NL"/>
              </w:rPr>
              <w:t>Achternaam:</w:t>
            </w:r>
          </w:p>
          <w:p w14:paraId="0929F293" w14:textId="56B3ED27" w:rsidR="003A3B6C" w:rsidRDefault="003A3B6C">
            <w:pPr>
              <w:rPr>
                <w:lang w:val="nl-NL"/>
              </w:rPr>
            </w:pPr>
          </w:p>
        </w:tc>
        <w:tc>
          <w:tcPr>
            <w:tcW w:w="4390" w:type="dxa"/>
          </w:tcPr>
          <w:p w14:paraId="294BB763" w14:textId="77777777" w:rsidR="00BE7757" w:rsidRDefault="00BE7757">
            <w:pPr>
              <w:cnfStyle w:val="000000000000" w:firstRow="0" w:lastRow="0" w:firstColumn="0" w:lastColumn="0" w:oddVBand="0" w:evenVBand="0" w:oddHBand="0" w:evenHBand="0" w:firstRowFirstColumn="0" w:firstRowLastColumn="0" w:lastRowFirstColumn="0" w:lastRowLastColumn="0"/>
              <w:rPr>
                <w:lang w:val="nl-NL"/>
              </w:rPr>
            </w:pPr>
          </w:p>
        </w:tc>
      </w:tr>
      <w:tr w:rsidR="00BE7757" w14:paraId="503C3D88"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F679848" w14:textId="5BF53B20" w:rsidR="00BE7757" w:rsidRDefault="00B2302D">
            <w:pPr>
              <w:rPr>
                <w:b w:val="0"/>
                <w:bCs w:val="0"/>
                <w:lang w:val="nl-NL"/>
              </w:rPr>
            </w:pPr>
            <w:r>
              <w:rPr>
                <w:lang w:val="nl-NL"/>
              </w:rPr>
              <w:t>E</w:t>
            </w:r>
            <w:r w:rsidR="007E699B">
              <w:rPr>
                <w:lang w:val="nl-NL"/>
              </w:rPr>
              <w:t>-</w:t>
            </w:r>
            <w:r>
              <w:rPr>
                <w:lang w:val="nl-NL"/>
              </w:rPr>
              <w:t>mailadres:</w:t>
            </w:r>
          </w:p>
          <w:p w14:paraId="69C24987" w14:textId="5BBA8045" w:rsidR="003A3B6C" w:rsidRDefault="003A3B6C">
            <w:pPr>
              <w:rPr>
                <w:lang w:val="nl-NL"/>
              </w:rPr>
            </w:pPr>
          </w:p>
        </w:tc>
        <w:tc>
          <w:tcPr>
            <w:tcW w:w="4390" w:type="dxa"/>
          </w:tcPr>
          <w:p w14:paraId="5D8B9E14" w14:textId="77777777" w:rsidR="00BE7757" w:rsidRDefault="00BE7757">
            <w:pPr>
              <w:cnfStyle w:val="000000100000" w:firstRow="0" w:lastRow="0" w:firstColumn="0" w:lastColumn="0" w:oddVBand="0" w:evenVBand="0" w:oddHBand="1" w:evenHBand="0" w:firstRowFirstColumn="0" w:firstRowLastColumn="0" w:lastRowFirstColumn="0" w:lastRowLastColumn="0"/>
              <w:rPr>
                <w:lang w:val="nl-NL"/>
              </w:rPr>
            </w:pPr>
          </w:p>
        </w:tc>
      </w:tr>
      <w:tr w:rsidR="00BE7757" w14:paraId="7AA5FADE"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2230244D" w14:textId="77777777" w:rsidR="00BE7757" w:rsidRDefault="00B2302D">
            <w:pPr>
              <w:rPr>
                <w:b w:val="0"/>
                <w:bCs w:val="0"/>
                <w:lang w:val="nl-NL"/>
              </w:rPr>
            </w:pPr>
            <w:r>
              <w:rPr>
                <w:lang w:val="nl-NL"/>
              </w:rPr>
              <w:t>Telefoonnummer:</w:t>
            </w:r>
          </w:p>
          <w:p w14:paraId="32116333" w14:textId="50D0BE09" w:rsidR="003A3B6C" w:rsidRDefault="003A3B6C">
            <w:pPr>
              <w:rPr>
                <w:lang w:val="nl-NL"/>
              </w:rPr>
            </w:pPr>
          </w:p>
        </w:tc>
        <w:tc>
          <w:tcPr>
            <w:tcW w:w="4390" w:type="dxa"/>
          </w:tcPr>
          <w:p w14:paraId="6017585E" w14:textId="77777777" w:rsidR="00BE7757" w:rsidRDefault="00BE7757">
            <w:pPr>
              <w:cnfStyle w:val="000000000000" w:firstRow="0" w:lastRow="0" w:firstColumn="0" w:lastColumn="0" w:oddVBand="0" w:evenVBand="0" w:oddHBand="0" w:evenHBand="0" w:firstRowFirstColumn="0" w:firstRowLastColumn="0" w:lastRowFirstColumn="0" w:lastRowLastColumn="0"/>
              <w:rPr>
                <w:lang w:val="nl-NL"/>
              </w:rPr>
            </w:pPr>
          </w:p>
        </w:tc>
      </w:tr>
      <w:tr w:rsidR="00BE7757" w14:paraId="29541E62"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B7CCD63" w14:textId="77777777" w:rsidR="00BE7757" w:rsidRDefault="00B2302D">
            <w:pPr>
              <w:rPr>
                <w:b w:val="0"/>
                <w:bCs w:val="0"/>
                <w:lang w:val="nl-NL"/>
              </w:rPr>
            </w:pPr>
            <w:r>
              <w:rPr>
                <w:lang w:val="nl-NL"/>
              </w:rPr>
              <w:t>Veteraan:</w:t>
            </w:r>
          </w:p>
          <w:p w14:paraId="4C9605FE" w14:textId="5EE7C2C8" w:rsidR="003A3B6C" w:rsidRDefault="003A3B6C">
            <w:pPr>
              <w:rPr>
                <w:lang w:val="nl-NL"/>
              </w:rPr>
            </w:pPr>
            <w:r>
              <w:rPr>
                <w:lang w:val="nl-NL"/>
              </w:rPr>
              <w:t>(Eventueel veteranenpasnummer)</w:t>
            </w:r>
          </w:p>
        </w:tc>
        <w:tc>
          <w:tcPr>
            <w:tcW w:w="4390" w:type="dxa"/>
          </w:tcPr>
          <w:p w14:paraId="3270B81E" w14:textId="77777777" w:rsidR="00BE7757" w:rsidRDefault="00BE7757">
            <w:pPr>
              <w:cnfStyle w:val="000000100000" w:firstRow="0" w:lastRow="0" w:firstColumn="0" w:lastColumn="0" w:oddVBand="0" w:evenVBand="0" w:oddHBand="1" w:evenHBand="0" w:firstRowFirstColumn="0" w:firstRowLastColumn="0" w:lastRowFirstColumn="0" w:lastRowLastColumn="0"/>
              <w:rPr>
                <w:lang w:val="nl-NL"/>
              </w:rPr>
            </w:pPr>
          </w:p>
        </w:tc>
      </w:tr>
      <w:tr w:rsidR="00BE7757" w14:paraId="4AA4159D"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6C564F53" w14:textId="77777777" w:rsidR="00BE7757" w:rsidRDefault="00B2302D">
            <w:pPr>
              <w:rPr>
                <w:b w:val="0"/>
                <w:bCs w:val="0"/>
                <w:lang w:val="nl-NL"/>
              </w:rPr>
            </w:pPr>
            <w:r>
              <w:rPr>
                <w:lang w:val="nl-NL"/>
              </w:rPr>
              <w:t>Reservering voor aantal personen:</w:t>
            </w:r>
          </w:p>
          <w:p w14:paraId="1B1E5405" w14:textId="4E9A8683" w:rsidR="003A3B6C" w:rsidRDefault="003A3B6C">
            <w:pPr>
              <w:rPr>
                <w:lang w:val="nl-NL"/>
              </w:rPr>
            </w:pPr>
          </w:p>
        </w:tc>
        <w:tc>
          <w:tcPr>
            <w:tcW w:w="4390" w:type="dxa"/>
          </w:tcPr>
          <w:p w14:paraId="758A030E" w14:textId="77777777" w:rsidR="00BE7757" w:rsidRDefault="00BE7757">
            <w:pPr>
              <w:cnfStyle w:val="000000000000" w:firstRow="0" w:lastRow="0" w:firstColumn="0" w:lastColumn="0" w:oddVBand="0" w:evenVBand="0" w:oddHBand="0" w:evenHBand="0" w:firstRowFirstColumn="0" w:firstRowLastColumn="0" w:lastRowFirstColumn="0" w:lastRowLastColumn="0"/>
              <w:rPr>
                <w:lang w:val="nl-NL"/>
              </w:rPr>
            </w:pPr>
          </w:p>
        </w:tc>
      </w:tr>
      <w:tr w:rsidR="00BE7757" w14:paraId="2E40DEC1"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5AB6F13" w14:textId="28199405" w:rsidR="003A3B6C" w:rsidRDefault="00B2302D">
            <w:pPr>
              <w:rPr>
                <w:b w:val="0"/>
                <w:bCs w:val="0"/>
                <w:lang w:val="nl-NL"/>
              </w:rPr>
            </w:pPr>
            <w:r>
              <w:rPr>
                <w:lang w:val="nl-NL"/>
              </w:rPr>
              <w:t>Na</w:t>
            </w:r>
            <w:r w:rsidR="009D28ED">
              <w:rPr>
                <w:lang w:val="nl-NL"/>
              </w:rPr>
              <w:t>am</w:t>
            </w:r>
            <w:r>
              <w:rPr>
                <w:lang w:val="nl-NL"/>
              </w:rPr>
              <w:t xml:space="preserve"> </w:t>
            </w:r>
            <w:r w:rsidR="009D28ED">
              <w:rPr>
                <w:lang w:val="nl-NL"/>
              </w:rPr>
              <w:t>introduc</w:t>
            </w:r>
            <w:r w:rsidR="007E699B">
              <w:rPr>
                <w:lang w:val="nl-NL"/>
              </w:rPr>
              <w:t>é</w:t>
            </w:r>
          </w:p>
          <w:p w14:paraId="13DE06AC" w14:textId="4C1C3C13" w:rsidR="003A3B6C" w:rsidRPr="003A3B6C" w:rsidRDefault="003A3B6C">
            <w:pPr>
              <w:rPr>
                <w:b w:val="0"/>
                <w:bCs w:val="0"/>
                <w:lang w:val="nl-NL"/>
              </w:rPr>
            </w:pPr>
          </w:p>
        </w:tc>
        <w:tc>
          <w:tcPr>
            <w:tcW w:w="4390" w:type="dxa"/>
          </w:tcPr>
          <w:p w14:paraId="47B2B7C5" w14:textId="77777777" w:rsidR="00BE7757" w:rsidRDefault="00BE7757">
            <w:pPr>
              <w:cnfStyle w:val="000000100000" w:firstRow="0" w:lastRow="0" w:firstColumn="0" w:lastColumn="0" w:oddVBand="0" w:evenVBand="0" w:oddHBand="1" w:evenHBand="0" w:firstRowFirstColumn="0" w:firstRowLastColumn="0" w:lastRowFirstColumn="0" w:lastRowLastColumn="0"/>
              <w:rPr>
                <w:lang w:val="nl-NL"/>
              </w:rPr>
            </w:pPr>
          </w:p>
        </w:tc>
      </w:tr>
      <w:tr w:rsidR="009D28ED" w14:paraId="5B70073D"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347259C6" w14:textId="77777777" w:rsidR="009D28ED" w:rsidRDefault="009D28ED">
            <w:pPr>
              <w:rPr>
                <w:b w:val="0"/>
                <w:bCs w:val="0"/>
                <w:lang w:val="nl-NL"/>
              </w:rPr>
            </w:pPr>
          </w:p>
          <w:p w14:paraId="30580074" w14:textId="77777777" w:rsidR="003A3B6C" w:rsidRDefault="003A3B6C">
            <w:pPr>
              <w:rPr>
                <w:lang w:val="nl-NL"/>
              </w:rPr>
            </w:pPr>
          </w:p>
        </w:tc>
        <w:tc>
          <w:tcPr>
            <w:tcW w:w="4390" w:type="dxa"/>
          </w:tcPr>
          <w:p w14:paraId="3B162401" w14:textId="77777777" w:rsidR="009D28ED" w:rsidRDefault="009D28ED">
            <w:pPr>
              <w:cnfStyle w:val="000000000000" w:firstRow="0" w:lastRow="0" w:firstColumn="0" w:lastColumn="0" w:oddVBand="0" w:evenVBand="0" w:oddHBand="0" w:evenHBand="0" w:firstRowFirstColumn="0" w:firstRowLastColumn="0" w:lastRowFirstColumn="0" w:lastRowLastColumn="0"/>
              <w:rPr>
                <w:lang w:val="nl-NL"/>
              </w:rPr>
            </w:pPr>
          </w:p>
        </w:tc>
      </w:tr>
      <w:tr w:rsidR="009D28ED" w14:paraId="55348233"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74266FC" w14:textId="77777777" w:rsidR="009D28ED" w:rsidRDefault="009D28ED">
            <w:pPr>
              <w:rPr>
                <w:b w:val="0"/>
                <w:bCs w:val="0"/>
                <w:lang w:val="nl-NL"/>
              </w:rPr>
            </w:pPr>
          </w:p>
          <w:p w14:paraId="0B700D8A" w14:textId="77777777" w:rsidR="003A3B6C" w:rsidRDefault="003A3B6C">
            <w:pPr>
              <w:rPr>
                <w:lang w:val="nl-NL"/>
              </w:rPr>
            </w:pPr>
          </w:p>
        </w:tc>
        <w:tc>
          <w:tcPr>
            <w:tcW w:w="4390" w:type="dxa"/>
          </w:tcPr>
          <w:p w14:paraId="64C42E63" w14:textId="77777777" w:rsidR="009D28ED" w:rsidRDefault="009D28ED">
            <w:pPr>
              <w:cnfStyle w:val="000000100000" w:firstRow="0" w:lastRow="0" w:firstColumn="0" w:lastColumn="0" w:oddVBand="0" w:evenVBand="0" w:oddHBand="1" w:evenHBand="0" w:firstRowFirstColumn="0" w:firstRowLastColumn="0" w:lastRowFirstColumn="0" w:lastRowLastColumn="0"/>
              <w:rPr>
                <w:lang w:val="nl-NL"/>
              </w:rPr>
            </w:pPr>
          </w:p>
        </w:tc>
      </w:tr>
      <w:tr w:rsidR="009D28ED" w14:paraId="690A8A41"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107C5AD1" w14:textId="77777777" w:rsidR="009D28ED" w:rsidRDefault="009D28ED">
            <w:pPr>
              <w:rPr>
                <w:b w:val="0"/>
                <w:bCs w:val="0"/>
                <w:lang w:val="nl-NL"/>
              </w:rPr>
            </w:pPr>
          </w:p>
          <w:p w14:paraId="6280E578" w14:textId="77777777" w:rsidR="003A3B6C" w:rsidRDefault="003A3B6C">
            <w:pPr>
              <w:rPr>
                <w:lang w:val="nl-NL"/>
              </w:rPr>
            </w:pPr>
          </w:p>
        </w:tc>
        <w:tc>
          <w:tcPr>
            <w:tcW w:w="4390" w:type="dxa"/>
          </w:tcPr>
          <w:p w14:paraId="05F026BB" w14:textId="77777777" w:rsidR="009D28ED" w:rsidRDefault="009D28ED">
            <w:pPr>
              <w:cnfStyle w:val="000000000000" w:firstRow="0" w:lastRow="0" w:firstColumn="0" w:lastColumn="0" w:oddVBand="0" w:evenVBand="0" w:oddHBand="0" w:evenHBand="0" w:firstRowFirstColumn="0" w:firstRowLastColumn="0" w:lastRowFirstColumn="0" w:lastRowLastColumn="0"/>
              <w:rPr>
                <w:lang w:val="nl-NL"/>
              </w:rPr>
            </w:pPr>
          </w:p>
        </w:tc>
      </w:tr>
      <w:tr w:rsidR="009D28ED" w14:paraId="49185BA8"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7770CE6" w14:textId="77777777" w:rsidR="009D28ED" w:rsidRDefault="009D28ED">
            <w:pPr>
              <w:rPr>
                <w:b w:val="0"/>
                <w:bCs w:val="0"/>
                <w:lang w:val="nl-NL"/>
              </w:rPr>
            </w:pPr>
            <w:r>
              <w:rPr>
                <w:lang w:val="nl-NL"/>
              </w:rPr>
              <w:t>Aantal personen minderjarig:</w:t>
            </w:r>
          </w:p>
          <w:p w14:paraId="220AD05C" w14:textId="66B9E586" w:rsidR="003A3B6C" w:rsidRDefault="003A3B6C">
            <w:pPr>
              <w:rPr>
                <w:lang w:val="nl-NL"/>
              </w:rPr>
            </w:pPr>
          </w:p>
        </w:tc>
        <w:tc>
          <w:tcPr>
            <w:tcW w:w="4390" w:type="dxa"/>
          </w:tcPr>
          <w:p w14:paraId="13E81272" w14:textId="77777777" w:rsidR="009D28ED" w:rsidRDefault="009D28ED">
            <w:pPr>
              <w:cnfStyle w:val="000000100000" w:firstRow="0" w:lastRow="0" w:firstColumn="0" w:lastColumn="0" w:oddVBand="0" w:evenVBand="0" w:oddHBand="1" w:evenHBand="0" w:firstRowFirstColumn="0" w:firstRowLastColumn="0" w:lastRowFirstColumn="0" w:lastRowLastColumn="0"/>
              <w:rPr>
                <w:lang w:val="nl-NL"/>
              </w:rPr>
            </w:pPr>
          </w:p>
        </w:tc>
      </w:tr>
      <w:tr w:rsidR="009D28ED" w14:paraId="5155FB22"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1B218E41" w14:textId="77777777" w:rsidR="009D28ED" w:rsidRDefault="009D28ED">
            <w:pPr>
              <w:rPr>
                <w:b w:val="0"/>
                <w:bCs w:val="0"/>
                <w:lang w:val="nl-NL"/>
              </w:rPr>
            </w:pPr>
            <w:r>
              <w:rPr>
                <w:lang w:val="nl-NL"/>
              </w:rPr>
              <w:t>Aankomstdatum:</w:t>
            </w:r>
          </w:p>
          <w:p w14:paraId="52CC6509" w14:textId="76526218" w:rsidR="003A3B6C" w:rsidRPr="009D28ED" w:rsidRDefault="003A3B6C">
            <w:pPr>
              <w:rPr>
                <w:b w:val="0"/>
                <w:bCs w:val="0"/>
                <w:lang w:val="nl-NL"/>
              </w:rPr>
            </w:pPr>
          </w:p>
        </w:tc>
        <w:tc>
          <w:tcPr>
            <w:tcW w:w="4390" w:type="dxa"/>
          </w:tcPr>
          <w:p w14:paraId="064CF4BF" w14:textId="77777777" w:rsidR="009D28ED" w:rsidRDefault="009D28ED">
            <w:pPr>
              <w:cnfStyle w:val="000000000000" w:firstRow="0" w:lastRow="0" w:firstColumn="0" w:lastColumn="0" w:oddVBand="0" w:evenVBand="0" w:oddHBand="0" w:evenHBand="0" w:firstRowFirstColumn="0" w:firstRowLastColumn="0" w:lastRowFirstColumn="0" w:lastRowLastColumn="0"/>
              <w:rPr>
                <w:lang w:val="nl-NL"/>
              </w:rPr>
            </w:pPr>
          </w:p>
        </w:tc>
      </w:tr>
      <w:tr w:rsidR="009D28ED" w14:paraId="5136B145"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F6D6986" w14:textId="77777777" w:rsidR="009D28ED" w:rsidRDefault="009D28ED">
            <w:pPr>
              <w:rPr>
                <w:b w:val="0"/>
                <w:bCs w:val="0"/>
                <w:lang w:val="nl-NL"/>
              </w:rPr>
            </w:pPr>
            <w:r>
              <w:rPr>
                <w:lang w:val="nl-NL"/>
              </w:rPr>
              <w:t>Vertrekdatum:</w:t>
            </w:r>
          </w:p>
          <w:p w14:paraId="25DC917A" w14:textId="39508EBF" w:rsidR="003A3B6C" w:rsidRDefault="003A3B6C">
            <w:pPr>
              <w:rPr>
                <w:lang w:val="nl-NL"/>
              </w:rPr>
            </w:pPr>
          </w:p>
        </w:tc>
        <w:tc>
          <w:tcPr>
            <w:tcW w:w="4390" w:type="dxa"/>
          </w:tcPr>
          <w:p w14:paraId="19C5B829" w14:textId="77777777" w:rsidR="009D28ED" w:rsidRDefault="009D28ED">
            <w:pPr>
              <w:cnfStyle w:val="000000100000" w:firstRow="0" w:lastRow="0" w:firstColumn="0" w:lastColumn="0" w:oddVBand="0" w:evenVBand="0" w:oddHBand="1" w:evenHBand="0" w:firstRowFirstColumn="0" w:firstRowLastColumn="0" w:lastRowFirstColumn="0" w:lastRowLastColumn="0"/>
              <w:rPr>
                <w:lang w:val="nl-NL"/>
              </w:rPr>
            </w:pPr>
          </w:p>
        </w:tc>
      </w:tr>
      <w:tr w:rsidR="009D28ED" w14:paraId="1AE023D5"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52E631DA" w14:textId="77777777" w:rsidR="009D28ED" w:rsidRDefault="009D28ED">
            <w:pPr>
              <w:rPr>
                <w:b w:val="0"/>
                <w:bCs w:val="0"/>
                <w:lang w:val="nl-NL"/>
              </w:rPr>
            </w:pPr>
            <w:r>
              <w:rPr>
                <w:lang w:val="nl-NL"/>
              </w:rPr>
              <w:t>Type kampeermiddel:</w:t>
            </w:r>
          </w:p>
          <w:p w14:paraId="1FE9A7E4" w14:textId="110BDDD4" w:rsidR="003A3B6C" w:rsidRDefault="003A3B6C">
            <w:pPr>
              <w:rPr>
                <w:lang w:val="nl-NL"/>
              </w:rPr>
            </w:pPr>
          </w:p>
        </w:tc>
        <w:tc>
          <w:tcPr>
            <w:tcW w:w="4390" w:type="dxa"/>
          </w:tcPr>
          <w:p w14:paraId="61DA9DAF" w14:textId="77777777" w:rsidR="009D28ED" w:rsidRDefault="009D28ED">
            <w:pPr>
              <w:cnfStyle w:val="000000000000" w:firstRow="0" w:lastRow="0" w:firstColumn="0" w:lastColumn="0" w:oddVBand="0" w:evenVBand="0" w:oddHBand="0" w:evenHBand="0" w:firstRowFirstColumn="0" w:firstRowLastColumn="0" w:lastRowFirstColumn="0" w:lastRowLastColumn="0"/>
              <w:rPr>
                <w:lang w:val="nl-NL"/>
              </w:rPr>
            </w:pPr>
          </w:p>
        </w:tc>
      </w:tr>
      <w:tr w:rsidR="009D28ED" w14:paraId="0D4BFAE1"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450342A" w14:textId="77777777" w:rsidR="009D28ED" w:rsidRDefault="009D28ED">
            <w:pPr>
              <w:rPr>
                <w:b w:val="0"/>
                <w:bCs w:val="0"/>
                <w:lang w:val="nl-NL"/>
              </w:rPr>
            </w:pPr>
            <w:r>
              <w:rPr>
                <w:lang w:val="nl-NL"/>
              </w:rPr>
              <w:t>Voertuig(en) kentekens:</w:t>
            </w:r>
          </w:p>
          <w:p w14:paraId="1CA19DBF" w14:textId="5A71B708" w:rsidR="003A3B6C" w:rsidRDefault="003A3B6C">
            <w:pPr>
              <w:rPr>
                <w:lang w:val="nl-NL"/>
              </w:rPr>
            </w:pPr>
          </w:p>
        </w:tc>
        <w:tc>
          <w:tcPr>
            <w:tcW w:w="4390" w:type="dxa"/>
          </w:tcPr>
          <w:p w14:paraId="7F2D70C4" w14:textId="77777777" w:rsidR="009D28ED" w:rsidRDefault="009D28ED">
            <w:pPr>
              <w:cnfStyle w:val="000000100000" w:firstRow="0" w:lastRow="0" w:firstColumn="0" w:lastColumn="0" w:oddVBand="0" w:evenVBand="0" w:oddHBand="1" w:evenHBand="0" w:firstRowFirstColumn="0" w:firstRowLastColumn="0" w:lastRowFirstColumn="0" w:lastRowLastColumn="0"/>
              <w:rPr>
                <w:lang w:val="nl-NL"/>
              </w:rPr>
            </w:pPr>
          </w:p>
        </w:tc>
      </w:tr>
      <w:tr w:rsidR="003A3B6C" w14:paraId="555790F6"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5D6BF4C3" w14:textId="75DEA4F6" w:rsidR="003A3B6C" w:rsidRDefault="003A3B6C" w:rsidP="003A3B6C">
            <w:pPr>
              <w:rPr>
                <w:lang w:val="nl-NL"/>
              </w:rPr>
            </w:pPr>
            <w:r w:rsidRPr="003A3B6C">
              <w:rPr>
                <w:lang w:val="nl-NL"/>
              </w:rPr>
              <w:t>Noodcontact (naam en telefoonnummer):</w:t>
            </w:r>
          </w:p>
        </w:tc>
        <w:tc>
          <w:tcPr>
            <w:tcW w:w="4390" w:type="dxa"/>
          </w:tcPr>
          <w:p w14:paraId="1199D39B" w14:textId="77777777" w:rsidR="003A3B6C" w:rsidRDefault="003A3B6C">
            <w:pPr>
              <w:cnfStyle w:val="000000000000" w:firstRow="0" w:lastRow="0" w:firstColumn="0" w:lastColumn="0" w:oddVBand="0" w:evenVBand="0" w:oddHBand="0" w:evenHBand="0" w:firstRowFirstColumn="0" w:firstRowLastColumn="0" w:lastRowFirstColumn="0" w:lastRowLastColumn="0"/>
              <w:rPr>
                <w:lang w:val="nl-NL"/>
              </w:rPr>
            </w:pPr>
          </w:p>
        </w:tc>
      </w:tr>
      <w:tr w:rsidR="009D28ED" w:rsidRPr="00D65681" w14:paraId="71F6B33C"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D7568B4" w14:textId="35332C88" w:rsidR="003A3B6C" w:rsidRDefault="003A3B6C">
            <w:pPr>
              <w:rPr>
                <w:b w:val="0"/>
                <w:bCs w:val="0"/>
                <w:lang w:val="nl-NL"/>
              </w:rPr>
            </w:pPr>
            <w:r w:rsidRPr="003A3B6C">
              <w:rPr>
                <w:lang w:val="nl-NL"/>
              </w:rPr>
              <w:t xml:space="preserve">Zijn er nog </w:t>
            </w:r>
            <w:r w:rsidR="00B43A65" w:rsidRPr="003A3B6C">
              <w:rPr>
                <w:lang w:val="nl-NL"/>
              </w:rPr>
              <w:t xml:space="preserve">bijzonderheden </w:t>
            </w:r>
            <w:r w:rsidR="00B43A65">
              <w:rPr>
                <w:lang w:val="nl-NL"/>
              </w:rPr>
              <w:t>of</w:t>
            </w:r>
            <w:r>
              <w:rPr>
                <w:lang w:val="nl-NL"/>
              </w:rPr>
              <w:t xml:space="preserve"> opmerkingen </w:t>
            </w:r>
            <w:r w:rsidRPr="003A3B6C">
              <w:rPr>
                <w:lang w:val="nl-NL"/>
              </w:rPr>
              <w:t>te vermelden?</w:t>
            </w:r>
          </w:p>
          <w:p w14:paraId="470CECAB" w14:textId="77777777" w:rsidR="003A3B6C" w:rsidRDefault="003A3B6C">
            <w:pPr>
              <w:rPr>
                <w:b w:val="0"/>
                <w:bCs w:val="0"/>
                <w:lang w:val="nl-NL"/>
              </w:rPr>
            </w:pPr>
          </w:p>
          <w:p w14:paraId="15E78B84" w14:textId="77777777" w:rsidR="003A3B6C" w:rsidRDefault="003A3B6C">
            <w:pPr>
              <w:rPr>
                <w:b w:val="0"/>
                <w:bCs w:val="0"/>
                <w:lang w:val="nl-NL"/>
              </w:rPr>
            </w:pPr>
          </w:p>
          <w:p w14:paraId="22E77081" w14:textId="77777777" w:rsidR="003A3B6C" w:rsidRDefault="003A3B6C">
            <w:pPr>
              <w:rPr>
                <w:b w:val="0"/>
                <w:bCs w:val="0"/>
                <w:lang w:val="nl-NL"/>
              </w:rPr>
            </w:pPr>
          </w:p>
          <w:p w14:paraId="0EC09759" w14:textId="77777777" w:rsidR="003A3B6C" w:rsidRDefault="003A3B6C">
            <w:pPr>
              <w:rPr>
                <w:b w:val="0"/>
                <w:bCs w:val="0"/>
                <w:lang w:val="nl-NL"/>
              </w:rPr>
            </w:pPr>
          </w:p>
          <w:p w14:paraId="3D6C7919" w14:textId="77777777" w:rsidR="003A3B6C" w:rsidRDefault="003A3B6C">
            <w:pPr>
              <w:rPr>
                <w:b w:val="0"/>
                <w:bCs w:val="0"/>
                <w:lang w:val="nl-NL"/>
              </w:rPr>
            </w:pPr>
          </w:p>
          <w:p w14:paraId="7E035AF6" w14:textId="63A9215A" w:rsidR="003A3B6C" w:rsidRPr="003A3B6C" w:rsidRDefault="003A3B6C">
            <w:pPr>
              <w:rPr>
                <w:lang w:val="nl-NL"/>
              </w:rPr>
            </w:pPr>
          </w:p>
        </w:tc>
        <w:tc>
          <w:tcPr>
            <w:tcW w:w="4390" w:type="dxa"/>
          </w:tcPr>
          <w:p w14:paraId="47FFAB4E" w14:textId="77777777" w:rsidR="009D28ED" w:rsidRDefault="009D28ED">
            <w:pPr>
              <w:cnfStyle w:val="000000100000" w:firstRow="0" w:lastRow="0" w:firstColumn="0" w:lastColumn="0" w:oddVBand="0" w:evenVBand="0" w:oddHBand="1" w:evenHBand="0" w:firstRowFirstColumn="0" w:firstRowLastColumn="0" w:lastRowFirstColumn="0" w:lastRowLastColumn="0"/>
              <w:rPr>
                <w:lang w:val="nl-NL"/>
              </w:rPr>
            </w:pPr>
          </w:p>
          <w:p w14:paraId="745681F3" w14:textId="77777777" w:rsidR="003A3B6C" w:rsidRDefault="003A3B6C">
            <w:pPr>
              <w:cnfStyle w:val="000000100000" w:firstRow="0" w:lastRow="0" w:firstColumn="0" w:lastColumn="0" w:oddVBand="0" w:evenVBand="0" w:oddHBand="1" w:evenHBand="0" w:firstRowFirstColumn="0" w:firstRowLastColumn="0" w:lastRowFirstColumn="0" w:lastRowLastColumn="0"/>
              <w:rPr>
                <w:lang w:val="nl-NL"/>
              </w:rPr>
            </w:pPr>
          </w:p>
          <w:p w14:paraId="446A5D47" w14:textId="77777777" w:rsidR="003A3B6C" w:rsidRDefault="003A3B6C">
            <w:pPr>
              <w:cnfStyle w:val="000000100000" w:firstRow="0" w:lastRow="0" w:firstColumn="0" w:lastColumn="0" w:oddVBand="0" w:evenVBand="0" w:oddHBand="1" w:evenHBand="0" w:firstRowFirstColumn="0" w:firstRowLastColumn="0" w:lastRowFirstColumn="0" w:lastRowLastColumn="0"/>
              <w:rPr>
                <w:lang w:val="nl-NL"/>
              </w:rPr>
            </w:pPr>
          </w:p>
          <w:p w14:paraId="105EE6EA" w14:textId="77777777" w:rsidR="003A3B6C" w:rsidRDefault="003A3B6C">
            <w:pPr>
              <w:cnfStyle w:val="000000100000" w:firstRow="0" w:lastRow="0" w:firstColumn="0" w:lastColumn="0" w:oddVBand="0" w:evenVBand="0" w:oddHBand="1" w:evenHBand="0" w:firstRowFirstColumn="0" w:firstRowLastColumn="0" w:lastRowFirstColumn="0" w:lastRowLastColumn="0"/>
              <w:rPr>
                <w:lang w:val="nl-NL"/>
              </w:rPr>
            </w:pPr>
          </w:p>
          <w:p w14:paraId="4A3A8843" w14:textId="77777777" w:rsidR="003A3B6C" w:rsidRDefault="003A3B6C">
            <w:pPr>
              <w:cnfStyle w:val="000000100000" w:firstRow="0" w:lastRow="0" w:firstColumn="0" w:lastColumn="0" w:oddVBand="0" w:evenVBand="0" w:oddHBand="1" w:evenHBand="0" w:firstRowFirstColumn="0" w:firstRowLastColumn="0" w:lastRowFirstColumn="0" w:lastRowLastColumn="0"/>
              <w:rPr>
                <w:lang w:val="nl-NL"/>
              </w:rPr>
            </w:pPr>
          </w:p>
          <w:p w14:paraId="18AB3C29" w14:textId="77777777" w:rsidR="003A3B6C" w:rsidRDefault="003A3B6C">
            <w:pPr>
              <w:cnfStyle w:val="000000100000" w:firstRow="0" w:lastRow="0" w:firstColumn="0" w:lastColumn="0" w:oddVBand="0" w:evenVBand="0" w:oddHBand="1" w:evenHBand="0" w:firstRowFirstColumn="0" w:firstRowLastColumn="0" w:lastRowFirstColumn="0" w:lastRowLastColumn="0"/>
              <w:rPr>
                <w:lang w:val="nl-NL"/>
              </w:rPr>
            </w:pPr>
          </w:p>
          <w:p w14:paraId="61C587C6" w14:textId="77777777" w:rsidR="003A3B6C" w:rsidRDefault="003A3B6C">
            <w:pPr>
              <w:cnfStyle w:val="000000100000" w:firstRow="0" w:lastRow="0" w:firstColumn="0" w:lastColumn="0" w:oddVBand="0" w:evenVBand="0" w:oddHBand="1" w:evenHBand="0" w:firstRowFirstColumn="0" w:firstRowLastColumn="0" w:lastRowFirstColumn="0" w:lastRowLastColumn="0"/>
              <w:rPr>
                <w:lang w:val="nl-NL"/>
              </w:rPr>
            </w:pPr>
          </w:p>
        </w:tc>
      </w:tr>
    </w:tbl>
    <w:p w14:paraId="0ACE35C3" w14:textId="4380E43F" w:rsidR="00806C59" w:rsidRDefault="003A3B6C">
      <w:pPr>
        <w:rPr>
          <w:lang w:val="nl-NL"/>
        </w:rPr>
      </w:pPr>
      <w:r>
        <w:rPr>
          <w:lang w:val="nl-NL"/>
        </w:rPr>
        <w:t>Zie pagina 2!</w:t>
      </w:r>
    </w:p>
    <w:p w14:paraId="32E61985" w14:textId="23119371" w:rsidR="00AD271C" w:rsidRDefault="008C246B">
      <w:pPr>
        <w:rPr>
          <w:lang w:val="nl-NL"/>
        </w:rPr>
      </w:pPr>
      <w:r>
        <w:rPr>
          <w:lang w:val="nl-NL"/>
        </w:rPr>
        <w:lastRenderedPageBreak/>
        <w:t>De locatie van de camping betreft een graslandperceel gelegen achter de woningen Witterzomer nummer 22 &amp; 24.</w:t>
      </w:r>
      <w:r w:rsidR="00AD271C">
        <w:rPr>
          <w:lang w:val="nl-NL"/>
        </w:rPr>
        <w:t xml:space="preserve"> Via een op de veteranencamping verkrijgbare looproute is de afstand tot het circuit ongeveer 2</w:t>
      </w:r>
      <w:r w:rsidR="008A495A">
        <w:rPr>
          <w:lang w:val="nl-NL"/>
        </w:rPr>
        <w:t>,</w:t>
      </w:r>
      <w:r w:rsidR="00AD271C">
        <w:rPr>
          <w:lang w:val="nl-NL"/>
        </w:rPr>
        <w:t>2</w:t>
      </w:r>
      <w:r w:rsidR="008A495A">
        <w:rPr>
          <w:lang w:val="nl-NL"/>
        </w:rPr>
        <w:t xml:space="preserve"> </w:t>
      </w:r>
      <w:r w:rsidR="00AD271C">
        <w:rPr>
          <w:lang w:val="nl-NL"/>
        </w:rPr>
        <w:t>km.</w:t>
      </w:r>
    </w:p>
    <w:p w14:paraId="60C24B44" w14:textId="25043030" w:rsidR="008C246B" w:rsidRDefault="00AD271C">
      <w:pPr>
        <w:rPr>
          <w:lang w:val="nl-NL"/>
        </w:rPr>
      </w:pPr>
      <w:hyperlink r:id="rId8" w:history="1">
        <w:r w:rsidRPr="008E74CF">
          <w:rPr>
            <w:rStyle w:val="Hyperlink"/>
            <w:lang w:val="nl-NL"/>
          </w:rPr>
          <w:t>https://www.google.nl/maps/search/52.978135,+6.496225?coh=277534&amp;entry=tt</w:t>
        </w:r>
      </w:hyperlink>
    </w:p>
    <w:p w14:paraId="3088B2D9" w14:textId="77777777" w:rsidR="00AD271C" w:rsidRDefault="00AD271C">
      <w:pPr>
        <w:rPr>
          <w:lang w:val="nl-NL"/>
        </w:rPr>
      </w:pPr>
    </w:p>
    <w:p w14:paraId="0C247054" w14:textId="2A02C7BD" w:rsidR="00361BC4" w:rsidRDefault="008C246B">
      <w:pPr>
        <w:rPr>
          <w:lang w:val="nl-NL"/>
        </w:rPr>
      </w:pPr>
      <w:r>
        <w:rPr>
          <w:lang w:val="nl-NL"/>
        </w:rPr>
        <w:t>De kosten zijn €25,- per persoon per</w:t>
      </w:r>
      <w:r w:rsidR="00DE30C3">
        <w:rPr>
          <w:lang w:val="nl-NL"/>
        </w:rPr>
        <w:t xml:space="preserve"> </w:t>
      </w:r>
      <w:r w:rsidR="00FD7745">
        <w:rPr>
          <w:lang w:val="nl-NL"/>
        </w:rPr>
        <w:t>overnachting.</w:t>
      </w:r>
    </w:p>
    <w:p w14:paraId="4F416275" w14:textId="1CD1F536" w:rsidR="00DE30C3" w:rsidRDefault="00DE30C3">
      <w:pPr>
        <w:rPr>
          <w:lang w:val="nl-NL"/>
        </w:rPr>
      </w:pPr>
      <w:r>
        <w:rPr>
          <w:lang w:val="nl-NL"/>
        </w:rPr>
        <w:t xml:space="preserve">Voor aankomst op donderdag 25 juni tot en met zondag 28 juni geldt een aanbiedingsprijs van €75,- per persoon. </w:t>
      </w:r>
    </w:p>
    <w:p w14:paraId="6DBAEE8D" w14:textId="28759C3E" w:rsidR="00AD271C" w:rsidRDefault="00361BC4">
      <w:pPr>
        <w:rPr>
          <w:lang w:val="nl-NL"/>
        </w:rPr>
      </w:pPr>
      <w:r>
        <w:rPr>
          <w:lang w:val="nl-NL"/>
        </w:rPr>
        <w:t>In de prijs zit inbegrepen; verblijf op de camping, toeristenbelasting, gebruik sanitaire voorzieningen</w:t>
      </w:r>
      <w:r w:rsidR="00DE30C3">
        <w:rPr>
          <w:lang w:val="nl-NL"/>
        </w:rPr>
        <w:t xml:space="preserve">, </w:t>
      </w:r>
      <w:r>
        <w:rPr>
          <w:lang w:val="nl-NL"/>
        </w:rPr>
        <w:t>bijwonen van activiteiten aangeboden door de organisatie van de Veteranencamping</w:t>
      </w:r>
      <w:r w:rsidR="00DE30C3">
        <w:rPr>
          <w:lang w:val="nl-NL"/>
        </w:rPr>
        <w:t xml:space="preserve"> en natuurlijk toegang tot de bar met fatsoenlijke prijzen.</w:t>
      </w:r>
    </w:p>
    <w:p w14:paraId="029C1DB2" w14:textId="6AB140E1" w:rsidR="00023027" w:rsidRDefault="008C246B">
      <w:pPr>
        <w:rPr>
          <w:lang w:val="nl-NL"/>
        </w:rPr>
      </w:pPr>
      <w:r>
        <w:rPr>
          <w:lang w:val="nl-NL"/>
        </w:rPr>
        <w:t xml:space="preserve">Er worden </w:t>
      </w:r>
      <w:r w:rsidRPr="00023027">
        <w:rPr>
          <w:b/>
          <w:bCs/>
          <w:lang w:val="nl-NL"/>
        </w:rPr>
        <w:t>geen extra kosten</w:t>
      </w:r>
      <w:r>
        <w:rPr>
          <w:lang w:val="nl-NL"/>
        </w:rPr>
        <w:t xml:space="preserve"> berekend</w:t>
      </w:r>
      <w:r w:rsidR="00AD271C">
        <w:rPr>
          <w:lang w:val="nl-NL"/>
        </w:rPr>
        <w:t xml:space="preserve"> voor uw motor</w:t>
      </w:r>
      <w:r w:rsidR="00F4497E">
        <w:rPr>
          <w:lang w:val="nl-NL"/>
        </w:rPr>
        <w:t>fiets</w:t>
      </w:r>
      <w:r w:rsidR="00AD271C">
        <w:rPr>
          <w:lang w:val="nl-NL"/>
        </w:rPr>
        <w:t>(en) of</w:t>
      </w:r>
      <w:r w:rsidR="00AD271C" w:rsidRPr="00023027">
        <w:rPr>
          <w:b/>
          <w:bCs/>
          <w:lang w:val="nl-NL"/>
        </w:rPr>
        <w:t xml:space="preserve"> 1 </w:t>
      </w:r>
      <w:r w:rsidR="00AD271C">
        <w:rPr>
          <w:lang w:val="nl-NL"/>
        </w:rPr>
        <w:t>voertuig</w:t>
      </w:r>
      <w:r w:rsidR="00AB0217">
        <w:rPr>
          <w:lang w:val="nl-NL"/>
        </w:rPr>
        <w:t xml:space="preserve"> per boeking.</w:t>
      </w:r>
    </w:p>
    <w:p w14:paraId="4AE4340D" w14:textId="77777777" w:rsidR="00023027" w:rsidRDefault="00023027">
      <w:pPr>
        <w:rPr>
          <w:lang w:val="nl-NL"/>
        </w:rPr>
      </w:pPr>
    </w:p>
    <w:p w14:paraId="02F037D6" w14:textId="4502B4B8" w:rsidR="003A3B6C" w:rsidRDefault="003A3B6C">
      <w:pPr>
        <w:rPr>
          <w:lang w:val="nl-NL"/>
        </w:rPr>
      </w:pPr>
      <w:r w:rsidRPr="003A3B6C">
        <w:rPr>
          <w:lang w:val="nl-NL"/>
        </w:rPr>
        <w:t xml:space="preserve">Let op: </w:t>
      </w:r>
      <w:r w:rsidR="008C246B">
        <w:rPr>
          <w:lang w:val="nl-NL"/>
        </w:rPr>
        <w:t>Uw</w:t>
      </w:r>
      <w:r w:rsidRPr="003A3B6C">
        <w:rPr>
          <w:lang w:val="nl-NL"/>
        </w:rPr>
        <w:t xml:space="preserve"> reservering is pas voltooid na</w:t>
      </w:r>
      <w:r>
        <w:rPr>
          <w:lang w:val="nl-NL"/>
        </w:rPr>
        <w:t xml:space="preserve"> het voldoen van de aanbetaling. U ontvangt t</w:t>
      </w:r>
      <w:r w:rsidR="007E699B">
        <w:rPr>
          <w:lang w:val="nl-NL"/>
        </w:rPr>
        <w:t xml:space="preserve">e zijner tijd </w:t>
      </w:r>
      <w:r>
        <w:rPr>
          <w:lang w:val="nl-NL"/>
        </w:rPr>
        <w:t xml:space="preserve">een factuur </w:t>
      </w:r>
      <w:r w:rsidR="00C64792">
        <w:rPr>
          <w:lang w:val="nl-NL"/>
        </w:rPr>
        <w:t>op</w:t>
      </w:r>
      <w:r>
        <w:rPr>
          <w:lang w:val="nl-NL"/>
        </w:rPr>
        <w:t xml:space="preserve"> het opgegeven email-adres. </w:t>
      </w:r>
      <w:r w:rsidR="008C246B" w:rsidRPr="008C246B">
        <w:rPr>
          <w:lang w:val="nl-NL"/>
        </w:rPr>
        <w:t xml:space="preserve">* Annuleren is mogelijk tot </w:t>
      </w:r>
      <w:r w:rsidR="008C246B">
        <w:rPr>
          <w:lang w:val="nl-NL"/>
        </w:rPr>
        <w:t xml:space="preserve">zes </w:t>
      </w:r>
      <w:r w:rsidR="008C246B" w:rsidRPr="008C246B">
        <w:rPr>
          <w:lang w:val="nl-NL"/>
        </w:rPr>
        <w:t>weken van tevoren. Daarna</w:t>
      </w:r>
      <w:r w:rsidR="007E699B">
        <w:rPr>
          <w:lang w:val="nl-NL"/>
        </w:rPr>
        <w:t xml:space="preserve"> worden de kosten van de reservering niet gerestitueerd. </w:t>
      </w:r>
    </w:p>
    <w:p w14:paraId="63228F13" w14:textId="77777777" w:rsidR="00361BC4" w:rsidRDefault="00361BC4">
      <w:pPr>
        <w:rPr>
          <w:lang w:val="nl-NL"/>
        </w:rPr>
      </w:pPr>
    </w:p>
    <w:p w14:paraId="4FAAB3EF" w14:textId="326ABDBB" w:rsidR="00361BC4" w:rsidRDefault="00D76841">
      <w:pPr>
        <w:rPr>
          <w:lang w:val="nl-NL"/>
        </w:rPr>
      </w:pPr>
      <w:r>
        <w:rPr>
          <w:lang w:val="nl-NL"/>
        </w:rPr>
        <w:t xml:space="preserve">De veteranencamping wordt gerealiseerd </w:t>
      </w:r>
      <w:r w:rsidR="00655429">
        <w:rPr>
          <w:lang w:val="nl-NL"/>
        </w:rPr>
        <w:t xml:space="preserve">uit maatschappelijk belang </w:t>
      </w:r>
      <w:r>
        <w:rPr>
          <w:lang w:val="nl-NL"/>
        </w:rPr>
        <w:t xml:space="preserve">door veteranen voor veteranen. </w:t>
      </w:r>
      <w:r w:rsidR="00655429">
        <w:rPr>
          <w:lang w:val="nl-NL"/>
        </w:rPr>
        <w:t xml:space="preserve">Inkomsten worden gebruikt voor de onkosten die de organisatie moet maken voor de realisatie van de tijdelijke camping. </w:t>
      </w:r>
      <w:r w:rsidR="00361BC4">
        <w:rPr>
          <w:lang w:val="nl-NL"/>
        </w:rPr>
        <w:t>De speciale veteranencamping is uitsluitend toegankelijk voor veteranen en door hen aangemelde introducés. Op de camping zijn sanitaire voorzieningen aanwezig</w:t>
      </w:r>
      <w:r w:rsidR="00C64792">
        <w:rPr>
          <w:lang w:val="nl-NL"/>
        </w:rPr>
        <w:t xml:space="preserve"> en 24 uurs beveiliging.     </w:t>
      </w:r>
      <w:r w:rsidR="00361BC4">
        <w:rPr>
          <w:lang w:val="nl-NL"/>
        </w:rPr>
        <w:t>De camping staat in het teken van</w:t>
      </w:r>
      <w:r w:rsidR="00655429">
        <w:rPr>
          <w:lang w:val="nl-NL"/>
        </w:rPr>
        <w:t xml:space="preserve"> </w:t>
      </w:r>
      <w:r w:rsidR="00361BC4">
        <w:rPr>
          <w:lang w:val="nl-NL"/>
        </w:rPr>
        <w:t>onderlinge verbondenheid, respect en ontspanning tijdens de TT-week.</w:t>
      </w:r>
      <w:r w:rsidR="00C64792">
        <w:rPr>
          <w:lang w:val="nl-NL"/>
        </w:rPr>
        <w:t xml:space="preserve"> De organisatie verzorgt diverse activiteiten op de camping die voor de gasten kosteloos en vrijwillig zijn bij te wonen. Hierbij moet u denken aan optredens van band/Dj’s in de bar, demonstratie boomkunstenaar, gastprekers en bijzondere gasten.</w:t>
      </w:r>
    </w:p>
    <w:p w14:paraId="74CB07FC" w14:textId="77777777" w:rsidR="00F21488" w:rsidRPr="00BE7757" w:rsidRDefault="00F21488">
      <w:pPr>
        <w:rPr>
          <w:lang w:val="nl-NL"/>
        </w:rPr>
      </w:pPr>
    </w:p>
    <w:p w14:paraId="78895565" w14:textId="43FD778B" w:rsidR="00806C59" w:rsidRDefault="001F1B23">
      <w:pPr>
        <w:rPr>
          <w:lang w:val="nl-NL"/>
        </w:rPr>
      </w:pPr>
      <w:r w:rsidRPr="00BE7757">
        <w:rPr>
          <w:lang w:val="nl-NL"/>
        </w:rPr>
        <w:t>☐ Ik ga akkoord met de huisregels van de TT Veteranencamping Assen 2026 en verklaar deze na te leven.</w:t>
      </w:r>
      <w:r w:rsidRPr="00BE7757">
        <w:rPr>
          <w:lang w:val="nl-NL"/>
        </w:rPr>
        <w:br/>
        <w:t>☐ Ik ga akkoord met het tijdelijk opslaan en verwerken van mijn persoonsgegevens door de organisatie van de TT Veteranencamping Assen 2026, uitsluitend ten behoeve van de organisatie en uitvoering van de camping. Mijn gegevens worden niet langer bewaard dan noodzakelijk.</w:t>
      </w:r>
      <w:r w:rsidRPr="00BE7757">
        <w:rPr>
          <w:lang w:val="nl-NL"/>
        </w:rPr>
        <w:br/>
      </w:r>
    </w:p>
    <w:p w14:paraId="30697A94" w14:textId="5E3213FE" w:rsidR="00770CD4" w:rsidRPr="00BE7757" w:rsidRDefault="00770CD4">
      <w:pPr>
        <w:rPr>
          <w:lang w:val="nl-NL"/>
        </w:rPr>
      </w:pPr>
      <w:r>
        <w:rPr>
          <w:lang w:val="nl-NL"/>
        </w:rPr>
        <w:t xml:space="preserve">Het reserveringsformulier mag digitaal worden ingevuld en ondertekend. </w:t>
      </w:r>
    </w:p>
    <w:p w14:paraId="293F8710" w14:textId="77777777" w:rsidR="00770CD4" w:rsidRDefault="001F1B23">
      <w:pPr>
        <w:rPr>
          <w:lang w:val="nl-NL"/>
        </w:rPr>
      </w:pPr>
      <w:r w:rsidRPr="00BE7757">
        <w:rPr>
          <w:lang w:val="nl-NL"/>
        </w:rPr>
        <w:t>Handtekening deelnemer:</w:t>
      </w:r>
      <w:r w:rsidR="00770CD4">
        <w:rPr>
          <w:lang w:val="nl-NL"/>
        </w:rPr>
        <w:t xml:space="preserve"> </w:t>
      </w:r>
    </w:p>
    <w:p w14:paraId="305D167A" w14:textId="77777777" w:rsidR="00770CD4" w:rsidRDefault="00770CD4">
      <w:pPr>
        <w:rPr>
          <w:lang w:val="nl-NL"/>
        </w:rPr>
      </w:pPr>
    </w:p>
    <w:p w14:paraId="4C5FBE36" w14:textId="2FADB668" w:rsidR="008C246B" w:rsidRDefault="001F1B23">
      <w:pPr>
        <w:rPr>
          <w:lang w:val="nl-NL"/>
        </w:rPr>
      </w:pPr>
      <w:r w:rsidRPr="00BE7757">
        <w:rPr>
          <w:lang w:val="nl-NL"/>
        </w:rPr>
        <w:t>Datum:</w:t>
      </w:r>
      <w:r w:rsidRPr="00BE7757">
        <w:rPr>
          <w:lang w:val="nl-NL"/>
        </w:rPr>
        <w:br/>
      </w:r>
    </w:p>
    <w:p w14:paraId="7B82339E" w14:textId="59ED825B" w:rsidR="00164230" w:rsidRDefault="00D829CD">
      <w:pPr>
        <w:rPr>
          <w:lang w:val="nl-NL"/>
        </w:rPr>
      </w:pPr>
      <w:r>
        <w:rPr>
          <w:lang w:val="nl-NL"/>
        </w:rPr>
        <w:t>Zie huisregels op pagina 3!</w:t>
      </w:r>
    </w:p>
    <w:p w14:paraId="3B45A26C" w14:textId="77777777" w:rsidR="00AB0217" w:rsidRDefault="00AB0217" w:rsidP="00164230">
      <w:pPr>
        <w:rPr>
          <w:lang w:val="nl-NL"/>
        </w:rPr>
      </w:pPr>
    </w:p>
    <w:p w14:paraId="2B6681D4" w14:textId="1B7A9766" w:rsidR="00335C6B" w:rsidRDefault="00DE30C3" w:rsidP="00164230">
      <w:pPr>
        <w:rPr>
          <w:lang w:val="nl-NL"/>
        </w:rPr>
      </w:pPr>
      <w:r>
        <w:rPr>
          <w:lang w:val="nl-NL"/>
        </w:rPr>
        <w:t>Huisregels (</w:t>
      </w:r>
      <w:r w:rsidR="00FD7745">
        <w:rPr>
          <w:lang w:val="nl-NL"/>
        </w:rPr>
        <w:t xml:space="preserve">grotendeels </w:t>
      </w:r>
      <w:r>
        <w:rPr>
          <w:lang w:val="nl-NL"/>
        </w:rPr>
        <w:t>volgens Gemeentelijke vergunning)</w:t>
      </w:r>
    </w:p>
    <w:p w14:paraId="181F62C9" w14:textId="77777777" w:rsidR="00335C6B" w:rsidRDefault="00335C6B" w:rsidP="00164230">
      <w:pPr>
        <w:rPr>
          <w:lang w:val="nl-NL"/>
        </w:rPr>
      </w:pPr>
    </w:p>
    <w:p w14:paraId="1D1F3ABF" w14:textId="6725B6CA" w:rsidR="00A06616" w:rsidRPr="00A06616" w:rsidRDefault="00A06616" w:rsidP="00A06616">
      <w:pPr>
        <w:spacing w:after="200" w:line="276" w:lineRule="auto"/>
        <w:rPr>
          <w:lang w:val="nl-NL"/>
        </w:rPr>
      </w:pPr>
      <w:r w:rsidRPr="00A06616">
        <w:rPr>
          <w:lang w:val="nl-NL"/>
        </w:rPr>
        <w:t>Op de veteranencamping staan respect, kameraadschap en ontspanning centraal. Om het verblijf voor iedereen veilig, prettig en gezellig te houden, vragen wij alle gasten onderstaande huisregels te respecteren.</w:t>
      </w:r>
    </w:p>
    <w:p w14:paraId="521D6D54" w14:textId="77777777" w:rsidR="00A06616" w:rsidRPr="00A06616"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lang w:val="nl-NL"/>
        </w:rPr>
      </w:pPr>
      <w:r w:rsidRPr="00A06616">
        <w:rPr>
          <w:rFonts w:asciiTheme="majorHAnsi" w:eastAsiaTheme="majorEastAsia" w:hAnsiTheme="majorHAnsi" w:cstheme="majorBidi"/>
          <w:b/>
          <w:bCs/>
          <w:color w:val="4F81BD" w:themeColor="accent1"/>
          <w:sz w:val="26"/>
          <w:szCs w:val="26"/>
          <w:lang w:val="nl-NL"/>
        </w:rPr>
        <w:t>Algemeen</w:t>
      </w:r>
    </w:p>
    <w:p w14:paraId="4DF81558" w14:textId="77777777" w:rsidR="00A06616" w:rsidRPr="00A06616" w:rsidRDefault="00A06616" w:rsidP="00A06616">
      <w:pPr>
        <w:tabs>
          <w:tab w:val="num" w:pos="360"/>
        </w:tabs>
        <w:spacing w:after="200" w:line="276" w:lineRule="auto"/>
        <w:ind w:left="360" w:hanging="360"/>
        <w:contextualSpacing/>
        <w:rPr>
          <w:lang w:val="nl-NL"/>
        </w:rPr>
      </w:pPr>
      <w:r w:rsidRPr="00A06616">
        <w:rPr>
          <w:lang w:val="nl-NL"/>
        </w:rPr>
        <w:t>Volg altijd aanwijzingen van de campingorganisatie en het personeel op.</w:t>
      </w:r>
    </w:p>
    <w:p w14:paraId="4157A50A" w14:textId="77777777" w:rsidR="00A06616" w:rsidRPr="00A06616" w:rsidRDefault="00A06616" w:rsidP="00A06616">
      <w:pPr>
        <w:tabs>
          <w:tab w:val="num" w:pos="360"/>
        </w:tabs>
        <w:spacing w:after="200" w:line="276" w:lineRule="auto"/>
        <w:ind w:left="360" w:hanging="360"/>
        <w:contextualSpacing/>
        <w:rPr>
          <w:lang w:val="nl-NL"/>
        </w:rPr>
      </w:pPr>
      <w:r w:rsidRPr="00A06616">
        <w:rPr>
          <w:lang w:val="nl-NL"/>
        </w:rPr>
        <w:t>Meld u bij aankomst eerst bij de receptie.</w:t>
      </w:r>
    </w:p>
    <w:p w14:paraId="5A6342D4" w14:textId="77777777" w:rsidR="00A06616" w:rsidRPr="00A06616" w:rsidRDefault="00A06616" w:rsidP="00A06616">
      <w:pPr>
        <w:tabs>
          <w:tab w:val="num" w:pos="360"/>
        </w:tabs>
        <w:spacing w:after="200" w:line="276" w:lineRule="auto"/>
        <w:ind w:left="360" w:hanging="360"/>
        <w:contextualSpacing/>
        <w:rPr>
          <w:lang w:val="nl-NL"/>
        </w:rPr>
      </w:pPr>
      <w:r w:rsidRPr="00A06616">
        <w:rPr>
          <w:lang w:val="nl-NL"/>
        </w:rPr>
        <w:t>Na aanmelding ontvangt u een polsbandje dat zichtbaar gedragen moet worden.</w:t>
      </w:r>
    </w:p>
    <w:p w14:paraId="2D07A2D2" w14:textId="77777777" w:rsidR="00A06616" w:rsidRPr="00A06616" w:rsidRDefault="00A06616" w:rsidP="00A06616">
      <w:pPr>
        <w:tabs>
          <w:tab w:val="num" w:pos="360"/>
        </w:tabs>
        <w:spacing w:after="200" w:line="276" w:lineRule="auto"/>
        <w:ind w:left="360" w:hanging="360"/>
        <w:contextualSpacing/>
        <w:rPr>
          <w:lang w:val="nl-NL"/>
        </w:rPr>
      </w:pPr>
      <w:r w:rsidRPr="00A06616">
        <w:rPr>
          <w:lang w:val="nl-NL"/>
        </w:rPr>
        <w:t>Indien nodig kan om een geldig legitimatiebewijs worden gevraagd.</w:t>
      </w:r>
    </w:p>
    <w:p w14:paraId="15F41C4C" w14:textId="77777777" w:rsidR="00A06616" w:rsidRDefault="00A06616" w:rsidP="00A06616">
      <w:pPr>
        <w:tabs>
          <w:tab w:val="num" w:pos="360"/>
        </w:tabs>
        <w:spacing w:after="200" w:line="276" w:lineRule="auto"/>
        <w:ind w:left="360" w:hanging="360"/>
        <w:contextualSpacing/>
        <w:rPr>
          <w:lang w:val="nl-NL"/>
        </w:rPr>
      </w:pPr>
      <w:r w:rsidRPr="00A06616">
        <w:rPr>
          <w:lang w:val="nl-NL"/>
        </w:rPr>
        <w:t>De camping is uitsluitend toegankelijk voor veteranen en hun aangemelde introducés.</w:t>
      </w:r>
    </w:p>
    <w:p w14:paraId="18FE2A08" w14:textId="0122250D" w:rsidR="00A06616" w:rsidRDefault="00A06616" w:rsidP="00A06616">
      <w:pPr>
        <w:tabs>
          <w:tab w:val="num" w:pos="360"/>
        </w:tabs>
        <w:spacing w:after="200" w:line="276" w:lineRule="auto"/>
        <w:ind w:left="360" w:hanging="360"/>
        <w:contextualSpacing/>
        <w:rPr>
          <w:lang w:val="nl-NL"/>
        </w:rPr>
      </w:pPr>
      <w:r w:rsidRPr="00A06616">
        <w:rPr>
          <w:lang w:val="nl-NL"/>
        </w:rPr>
        <w:t>Bezoekers zijn welkom na toestemming van de organisatie.</w:t>
      </w:r>
    </w:p>
    <w:p w14:paraId="605C96FB" w14:textId="77777777" w:rsidR="00A06616" w:rsidRPr="00A06616" w:rsidRDefault="00A06616" w:rsidP="00A06616">
      <w:pPr>
        <w:tabs>
          <w:tab w:val="num" w:pos="360"/>
        </w:tabs>
        <w:spacing w:after="200" w:line="276" w:lineRule="auto"/>
        <w:ind w:left="360" w:hanging="360"/>
        <w:contextualSpacing/>
        <w:rPr>
          <w:lang w:val="nl-NL"/>
        </w:rPr>
      </w:pPr>
    </w:p>
    <w:p w14:paraId="699F4347" w14:textId="77777777" w:rsidR="00A06616" w:rsidRPr="00A06616"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lang w:val="nl-NL"/>
        </w:rPr>
      </w:pPr>
      <w:r w:rsidRPr="00A06616">
        <w:rPr>
          <w:rFonts w:asciiTheme="majorHAnsi" w:eastAsiaTheme="majorEastAsia" w:hAnsiTheme="majorHAnsi" w:cstheme="majorBidi"/>
          <w:b/>
          <w:bCs/>
          <w:color w:val="4F81BD" w:themeColor="accent1"/>
          <w:sz w:val="26"/>
          <w:szCs w:val="26"/>
          <w:lang w:val="nl-NL"/>
        </w:rPr>
        <w:t>Kampeerplaats &amp; Inrichting</w:t>
      </w:r>
    </w:p>
    <w:p w14:paraId="5597F4ED" w14:textId="77777777" w:rsidR="00A06616" w:rsidRDefault="00A06616" w:rsidP="00A06616">
      <w:pPr>
        <w:tabs>
          <w:tab w:val="num" w:pos="360"/>
        </w:tabs>
        <w:spacing w:after="200" w:line="276" w:lineRule="auto"/>
        <w:ind w:left="360" w:hanging="360"/>
        <w:contextualSpacing/>
        <w:rPr>
          <w:lang w:val="nl-NL"/>
        </w:rPr>
      </w:pPr>
      <w:r w:rsidRPr="00A06616">
        <w:rPr>
          <w:lang w:val="nl-NL"/>
        </w:rPr>
        <w:t>Grote objecten zoals koelkasten, tapinstallaties, bars, bankstellen en vergelijkbaar meubilair</w:t>
      </w:r>
    </w:p>
    <w:p w14:paraId="1DE4FAD9" w14:textId="6BC3E793" w:rsidR="00A06616" w:rsidRPr="00A06616" w:rsidRDefault="00A06616" w:rsidP="00A06616">
      <w:pPr>
        <w:tabs>
          <w:tab w:val="num" w:pos="360"/>
        </w:tabs>
        <w:spacing w:after="200" w:line="276" w:lineRule="auto"/>
        <w:ind w:left="360" w:hanging="360"/>
        <w:contextualSpacing/>
        <w:rPr>
          <w:lang w:val="nl-NL"/>
        </w:rPr>
      </w:pPr>
      <w:r w:rsidRPr="00A06616">
        <w:rPr>
          <w:lang w:val="nl-NL"/>
        </w:rPr>
        <w:t>zijn niet toegestaan.</w:t>
      </w:r>
    </w:p>
    <w:p w14:paraId="34399AB2" w14:textId="77777777" w:rsidR="00A06616" w:rsidRDefault="00A06616" w:rsidP="00A06616">
      <w:pPr>
        <w:tabs>
          <w:tab w:val="num" w:pos="360"/>
        </w:tabs>
        <w:spacing w:after="200" w:line="276" w:lineRule="auto"/>
        <w:ind w:left="360" w:hanging="360"/>
        <w:contextualSpacing/>
        <w:rPr>
          <w:lang w:val="nl-NL"/>
        </w:rPr>
      </w:pPr>
      <w:r w:rsidRPr="00A06616">
        <w:rPr>
          <w:lang w:val="nl-NL"/>
        </w:rPr>
        <w:t>Apparatuur die gevaar of overlast kan veroorzaken is niet toegestaan; de organisatie kan</w:t>
      </w:r>
    </w:p>
    <w:p w14:paraId="74781A90" w14:textId="1B7009ED" w:rsidR="00A06616" w:rsidRPr="00A06616" w:rsidRDefault="00A06616" w:rsidP="00A06616">
      <w:pPr>
        <w:tabs>
          <w:tab w:val="num" w:pos="360"/>
        </w:tabs>
        <w:spacing w:after="200" w:line="276" w:lineRule="auto"/>
        <w:ind w:left="360" w:hanging="360"/>
        <w:contextualSpacing/>
        <w:rPr>
          <w:lang w:val="nl-NL"/>
        </w:rPr>
      </w:pPr>
      <w:r w:rsidRPr="00A06616">
        <w:rPr>
          <w:lang w:val="nl-NL"/>
        </w:rPr>
        <w:t>hierover nadere aanwijzingen geven.</w:t>
      </w:r>
    </w:p>
    <w:p w14:paraId="3EA00E4F" w14:textId="77777777" w:rsidR="00A06616" w:rsidRPr="00A06616" w:rsidRDefault="00A06616" w:rsidP="00A06616">
      <w:pPr>
        <w:tabs>
          <w:tab w:val="num" w:pos="360"/>
        </w:tabs>
        <w:spacing w:after="200" w:line="276" w:lineRule="auto"/>
        <w:ind w:left="360" w:hanging="360"/>
        <w:contextualSpacing/>
        <w:rPr>
          <w:lang w:val="nl-NL"/>
        </w:rPr>
      </w:pPr>
      <w:r w:rsidRPr="00A06616">
        <w:rPr>
          <w:lang w:val="nl-NL"/>
        </w:rPr>
        <w:t>Tenten en kampeermiddelen mogen alleen op aangewezen plaatsen worden geplaatst.</w:t>
      </w:r>
    </w:p>
    <w:p w14:paraId="1D51BA41" w14:textId="30EF343C" w:rsidR="00A06616" w:rsidRDefault="00A06616" w:rsidP="00A06616">
      <w:pPr>
        <w:tabs>
          <w:tab w:val="num" w:pos="360"/>
        </w:tabs>
        <w:spacing w:after="200" w:line="276" w:lineRule="auto"/>
        <w:ind w:left="360" w:hanging="360"/>
        <w:contextualSpacing/>
        <w:rPr>
          <w:lang w:val="nl-NL"/>
        </w:rPr>
      </w:pPr>
      <w:r w:rsidRPr="00A06616">
        <w:rPr>
          <w:lang w:val="nl-NL"/>
        </w:rPr>
        <w:t>Het graven van geulen of sleuven is niet toegestaan.</w:t>
      </w:r>
      <w:r w:rsidR="00FD7745">
        <w:rPr>
          <w:lang w:val="nl-NL"/>
        </w:rPr>
        <w:t xml:space="preserve"> </w:t>
      </w:r>
    </w:p>
    <w:p w14:paraId="7EA5AB3D" w14:textId="4373A7F6" w:rsidR="00FD7745" w:rsidRDefault="00FD7745" w:rsidP="00D65681">
      <w:pPr>
        <w:tabs>
          <w:tab w:val="num" w:pos="360"/>
        </w:tabs>
        <w:spacing w:after="200" w:line="276" w:lineRule="auto"/>
        <w:ind w:left="360" w:hanging="360"/>
        <w:contextualSpacing/>
        <w:rPr>
          <w:lang w:val="nl-NL"/>
        </w:rPr>
      </w:pPr>
      <w:r>
        <w:rPr>
          <w:lang w:val="nl-NL"/>
        </w:rPr>
        <w:t xml:space="preserve">De kampeerplaatsen zijn </w:t>
      </w:r>
      <w:r w:rsidR="00D65681">
        <w:rPr>
          <w:lang w:val="nl-NL"/>
        </w:rPr>
        <w:t>ongeveer</w:t>
      </w:r>
      <w:r>
        <w:rPr>
          <w:lang w:val="nl-NL"/>
        </w:rPr>
        <w:t xml:space="preserve"> 60m2.</w:t>
      </w:r>
      <w:r w:rsidR="00D65681">
        <w:rPr>
          <w:lang w:val="nl-NL"/>
        </w:rPr>
        <w:t xml:space="preserve"> </w:t>
      </w:r>
      <w:r>
        <w:rPr>
          <w:lang w:val="nl-NL"/>
        </w:rPr>
        <w:t>Extra ruimte nodig altijd in overleg</w:t>
      </w:r>
      <w:r w:rsidR="00D65681">
        <w:rPr>
          <w:lang w:val="nl-NL"/>
        </w:rPr>
        <w:t>.</w:t>
      </w:r>
    </w:p>
    <w:p w14:paraId="432F2B57" w14:textId="77777777" w:rsidR="00A06616" w:rsidRPr="00A06616" w:rsidRDefault="00A06616" w:rsidP="00A06616">
      <w:pPr>
        <w:tabs>
          <w:tab w:val="num" w:pos="360"/>
        </w:tabs>
        <w:spacing w:after="200" w:line="276" w:lineRule="auto"/>
        <w:ind w:left="360" w:hanging="360"/>
        <w:contextualSpacing/>
        <w:rPr>
          <w:lang w:val="nl-NL"/>
        </w:rPr>
      </w:pPr>
    </w:p>
    <w:p w14:paraId="63630303" w14:textId="77777777" w:rsidR="00A06616" w:rsidRPr="00A06616"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lang w:val="nl-NL"/>
        </w:rPr>
      </w:pPr>
      <w:r w:rsidRPr="00A06616">
        <w:rPr>
          <w:rFonts w:asciiTheme="majorHAnsi" w:eastAsiaTheme="majorEastAsia" w:hAnsiTheme="majorHAnsi" w:cstheme="majorBidi"/>
          <w:b/>
          <w:bCs/>
          <w:color w:val="4F81BD" w:themeColor="accent1"/>
          <w:sz w:val="26"/>
          <w:szCs w:val="26"/>
          <w:lang w:val="nl-NL"/>
        </w:rPr>
        <w:t>Veiligheid &amp; Vuur</w:t>
      </w:r>
    </w:p>
    <w:p w14:paraId="68777B28" w14:textId="77777777" w:rsidR="00A06616" w:rsidRPr="00A06616" w:rsidRDefault="00A06616" w:rsidP="00A06616">
      <w:pPr>
        <w:tabs>
          <w:tab w:val="num" w:pos="360"/>
        </w:tabs>
        <w:spacing w:after="200" w:line="276" w:lineRule="auto"/>
        <w:ind w:left="360" w:hanging="360"/>
        <w:contextualSpacing/>
        <w:rPr>
          <w:lang w:val="nl-NL"/>
        </w:rPr>
      </w:pPr>
      <w:r w:rsidRPr="00A06616">
        <w:rPr>
          <w:lang w:val="nl-NL"/>
        </w:rPr>
        <w:t>Open vuur is niet toegestaan vanwege brandveiligheid.</w:t>
      </w:r>
    </w:p>
    <w:p w14:paraId="4ABC8B0B" w14:textId="77777777" w:rsidR="00A06616" w:rsidRPr="00A06616" w:rsidRDefault="00A06616" w:rsidP="00A06616">
      <w:pPr>
        <w:tabs>
          <w:tab w:val="num" w:pos="360"/>
        </w:tabs>
        <w:spacing w:after="200" w:line="276" w:lineRule="auto"/>
        <w:ind w:left="360" w:hanging="360"/>
        <w:contextualSpacing/>
        <w:rPr>
          <w:lang w:val="nl-NL"/>
        </w:rPr>
      </w:pPr>
      <w:r w:rsidRPr="00A06616">
        <w:rPr>
          <w:lang w:val="nl-NL"/>
        </w:rPr>
        <w:t>Eventuele vuurkorven of tonnen kunnen door de organisatie worden verwijderd.</w:t>
      </w:r>
    </w:p>
    <w:p w14:paraId="1D8F4D7C" w14:textId="77777777" w:rsidR="00A06616" w:rsidRDefault="00A06616" w:rsidP="00A06616">
      <w:pPr>
        <w:tabs>
          <w:tab w:val="num" w:pos="360"/>
        </w:tabs>
        <w:spacing w:after="200" w:line="276" w:lineRule="auto"/>
        <w:ind w:left="360" w:hanging="360"/>
        <w:contextualSpacing/>
        <w:rPr>
          <w:lang w:val="nl-NL"/>
        </w:rPr>
      </w:pPr>
      <w:r w:rsidRPr="00A06616">
        <w:rPr>
          <w:lang w:val="nl-NL"/>
        </w:rPr>
        <w:t>Barbecueën op kolen of gas is toegestaan op aangewezen locaties, mits veilig gebruikt en</w:t>
      </w:r>
    </w:p>
    <w:p w14:paraId="3E2EF2D9" w14:textId="70D45A0B" w:rsidR="00A06616" w:rsidRPr="00A06616" w:rsidRDefault="00A06616" w:rsidP="00A06616">
      <w:pPr>
        <w:tabs>
          <w:tab w:val="num" w:pos="360"/>
        </w:tabs>
        <w:spacing w:after="200" w:line="276" w:lineRule="auto"/>
        <w:ind w:left="360" w:hanging="360"/>
        <w:contextualSpacing/>
        <w:rPr>
          <w:lang w:val="nl-NL"/>
        </w:rPr>
      </w:pPr>
      <w:r w:rsidRPr="00A06616">
        <w:rPr>
          <w:lang w:val="nl-NL"/>
        </w:rPr>
        <w:t>afhankelijk van weersomstandigheden.</w:t>
      </w:r>
    </w:p>
    <w:p w14:paraId="2A273E1C" w14:textId="77777777" w:rsidR="00A06616" w:rsidRDefault="00A06616" w:rsidP="00A06616">
      <w:pPr>
        <w:tabs>
          <w:tab w:val="num" w:pos="360"/>
        </w:tabs>
        <w:spacing w:after="200" w:line="276" w:lineRule="auto"/>
        <w:ind w:left="360" w:hanging="360"/>
        <w:contextualSpacing/>
        <w:rPr>
          <w:lang w:val="nl-NL"/>
        </w:rPr>
      </w:pPr>
      <w:r w:rsidRPr="00A06616">
        <w:rPr>
          <w:lang w:val="nl-NL"/>
        </w:rPr>
        <w:t>Het afsteken van vuurwerk is niet toegestaan.</w:t>
      </w:r>
    </w:p>
    <w:p w14:paraId="13364D8E" w14:textId="77777777" w:rsidR="00A06616" w:rsidRPr="00A06616" w:rsidRDefault="00A06616" w:rsidP="00A06616">
      <w:pPr>
        <w:tabs>
          <w:tab w:val="num" w:pos="360"/>
        </w:tabs>
        <w:spacing w:after="200" w:line="276" w:lineRule="auto"/>
        <w:ind w:left="360" w:hanging="360"/>
        <w:contextualSpacing/>
        <w:rPr>
          <w:lang w:val="nl-NL"/>
        </w:rPr>
      </w:pPr>
    </w:p>
    <w:p w14:paraId="3E867264" w14:textId="77777777" w:rsidR="00A06616" w:rsidRPr="00A06616"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lang w:val="nl-NL"/>
        </w:rPr>
      </w:pPr>
      <w:r w:rsidRPr="00A06616">
        <w:rPr>
          <w:rFonts w:asciiTheme="majorHAnsi" w:eastAsiaTheme="majorEastAsia" w:hAnsiTheme="majorHAnsi" w:cstheme="majorBidi"/>
          <w:b/>
          <w:bCs/>
          <w:color w:val="4F81BD" w:themeColor="accent1"/>
          <w:sz w:val="26"/>
          <w:szCs w:val="26"/>
          <w:lang w:val="nl-NL"/>
        </w:rPr>
        <w:t>Verkeer op het Terrein</w:t>
      </w:r>
    </w:p>
    <w:p w14:paraId="46DF4556" w14:textId="77777777" w:rsidR="00A06616" w:rsidRPr="00A06616" w:rsidRDefault="00A06616" w:rsidP="00A06616">
      <w:pPr>
        <w:tabs>
          <w:tab w:val="num" w:pos="360"/>
        </w:tabs>
        <w:spacing w:after="200" w:line="276" w:lineRule="auto"/>
        <w:ind w:left="360" w:hanging="360"/>
        <w:contextualSpacing/>
        <w:rPr>
          <w:lang w:val="nl-NL"/>
        </w:rPr>
      </w:pPr>
      <w:r w:rsidRPr="00A06616">
        <w:rPr>
          <w:lang w:val="nl-NL"/>
        </w:rPr>
        <w:t>Op de camping gelden dezelfde verkeersregels als op de openbare weg.</w:t>
      </w:r>
    </w:p>
    <w:p w14:paraId="7E73DA5E" w14:textId="1FFACB83" w:rsidR="00A06616" w:rsidRDefault="00A06616" w:rsidP="00A06616">
      <w:pPr>
        <w:tabs>
          <w:tab w:val="num" w:pos="360"/>
        </w:tabs>
        <w:spacing w:after="200" w:line="276" w:lineRule="auto"/>
        <w:ind w:left="360" w:hanging="360"/>
        <w:contextualSpacing/>
        <w:rPr>
          <w:lang w:val="nl-NL"/>
        </w:rPr>
      </w:pPr>
      <w:r w:rsidRPr="00A06616">
        <w:rPr>
          <w:lang w:val="nl-NL"/>
        </w:rPr>
        <w:t>Rijd stapvoets</w:t>
      </w:r>
      <w:r>
        <w:rPr>
          <w:lang w:val="nl-NL"/>
        </w:rPr>
        <w:t>, 5km per uur</w:t>
      </w:r>
      <w:r w:rsidRPr="00A06616">
        <w:rPr>
          <w:lang w:val="nl-NL"/>
        </w:rPr>
        <w:t xml:space="preserve"> op het terrein.</w:t>
      </w:r>
      <w:r>
        <w:rPr>
          <w:lang w:val="nl-NL"/>
        </w:rPr>
        <w:t xml:space="preserve"> </w:t>
      </w:r>
    </w:p>
    <w:p w14:paraId="7DD54395" w14:textId="77777777" w:rsidR="00A06616" w:rsidRPr="00A06616" w:rsidRDefault="00A06616" w:rsidP="00A06616">
      <w:pPr>
        <w:tabs>
          <w:tab w:val="num" w:pos="360"/>
        </w:tabs>
        <w:spacing w:after="200" w:line="276" w:lineRule="auto"/>
        <w:ind w:left="360" w:hanging="360"/>
        <w:contextualSpacing/>
        <w:rPr>
          <w:lang w:val="nl-NL"/>
        </w:rPr>
      </w:pPr>
    </w:p>
    <w:p w14:paraId="6E60D25A" w14:textId="77777777" w:rsidR="00023027" w:rsidRDefault="00023027"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lang w:val="nl-NL"/>
        </w:rPr>
      </w:pPr>
    </w:p>
    <w:p w14:paraId="3D8D3817" w14:textId="2FDA8D05" w:rsidR="00A06616" w:rsidRPr="00A06616"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lang w:val="nl-NL"/>
        </w:rPr>
      </w:pPr>
      <w:r w:rsidRPr="00A06616">
        <w:rPr>
          <w:rFonts w:asciiTheme="majorHAnsi" w:eastAsiaTheme="majorEastAsia" w:hAnsiTheme="majorHAnsi" w:cstheme="majorBidi"/>
          <w:b/>
          <w:bCs/>
          <w:color w:val="4F81BD" w:themeColor="accent1"/>
          <w:sz w:val="26"/>
          <w:szCs w:val="26"/>
          <w:lang w:val="nl-NL"/>
        </w:rPr>
        <w:t>Rust &amp; Geluid</w:t>
      </w:r>
    </w:p>
    <w:p w14:paraId="6DADB294" w14:textId="396DD0CA" w:rsidR="00A06616" w:rsidRPr="00A06616" w:rsidRDefault="00A06616" w:rsidP="00A06616">
      <w:pPr>
        <w:tabs>
          <w:tab w:val="num" w:pos="360"/>
        </w:tabs>
        <w:spacing w:after="200" w:line="276" w:lineRule="auto"/>
        <w:ind w:left="360" w:hanging="360"/>
        <w:contextualSpacing/>
        <w:rPr>
          <w:lang w:val="nl-NL"/>
        </w:rPr>
      </w:pPr>
      <w:r w:rsidRPr="00A06616">
        <w:rPr>
          <w:lang w:val="nl-NL"/>
        </w:rPr>
        <w:t xml:space="preserve">Tussen </w:t>
      </w:r>
      <w:r w:rsidR="00FD7745">
        <w:rPr>
          <w:lang w:val="nl-NL"/>
        </w:rPr>
        <w:t>01:00</w:t>
      </w:r>
      <w:r w:rsidRPr="00A06616">
        <w:rPr>
          <w:lang w:val="nl-NL"/>
        </w:rPr>
        <w:t xml:space="preserve"> uur en 07.00 uur vragen wij rust op de camping.</w:t>
      </w:r>
    </w:p>
    <w:p w14:paraId="3BA8CB02" w14:textId="3678D98A" w:rsidR="00A06616" w:rsidRPr="00A06616" w:rsidRDefault="00A06616" w:rsidP="00A06616">
      <w:pPr>
        <w:tabs>
          <w:tab w:val="num" w:pos="360"/>
        </w:tabs>
        <w:spacing w:after="200" w:line="276" w:lineRule="auto"/>
        <w:ind w:left="360" w:hanging="360"/>
        <w:contextualSpacing/>
        <w:rPr>
          <w:lang w:val="nl-NL"/>
        </w:rPr>
      </w:pPr>
      <w:r w:rsidRPr="00A06616">
        <w:rPr>
          <w:lang w:val="nl-NL"/>
        </w:rPr>
        <w:t>In de nacht van zaterdag op zondag geldt rust vanaf 0</w:t>
      </w:r>
      <w:r w:rsidR="00FD7745">
        <w:rPr>
          <w:lang w:val="nl-NL"/>
        </w:rPr>
        <w:t>2</w:t>
      </w:r>
      <w:r w:rsidRPr="00A06616">
        <w:rPr>
          <w:lang w:val="nl-NL"/>
        </w:rPr>
        <w:t>.00 uur tot 07.00 uur.</w:t>
      </w:r>
    </w:p>
    <w:p w14:paraId="5580CD4A" w14:textId="77777777" w:rsidR="00A06616" w:rsidRDefault="00A06616" w:rsidP="00A06616">
      <w:pPr>
        <w:tabs>
          <w:tab w:val="num" w:pos="360"/>
        </w:tabs>
        <w:spacing w:after="200" w:line="276" w:lineRule="auto"/>
        <w:ind w:left="360" w:hanging="360"/>
        <w:contextualSpacing/>
        <w:rPr>
          <w:lang w:val="nl-NL"/>
        </w:rPr>
      </w:pPr>
      <w:r w:rsidRPr="00A06616">
        <w:rPr>
          <w:lang w:val="nl-NL"/>
        </w:rPr>
        <w:t>Houd rekening met medekampeerders en omwonenden.</w:t>
      </w:r>
    </w:p>
    <w:p w14:paraId="70753774" w14:textId="77777777" w:rsidR="00A06616" w:rsidRPr="00A06616" w:rsidRDefault="00A06616" w:rsidP="00A06616">
      <w:pPr>
        <w:tabs>
          <w:tab w:val="num" w:pos="360"/>
        </w:tabs>
        <w:spacing w:after="200" w:line="276" w:lineRule="auto"/>
        <w:ind w:left="360" w:hanging="360"/>
        <w:contextualSpacing/>
        <w:rPr>
          <w:lang w:val="nl-NL"/>
        </w:rPr>
      </w:pPr>
    </w:p>
    <w:p w14:paraId="49506740" w14:textId="77777777" w:rsidR="00A06616" w:rsidRPr="00A06616"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lang w:val="nl-NL"/>
        </w:rPr>
      </w:pPr>
      <w:r w:rsidRPr="00A06616">
        <w:rPr>
          <w:rFonts w:asciiTheme="majorHAnsi" w:eastAsiaTheme="majorEastAsia" w:hAnsiTheme="majorHAnsi" w:cstheme="majorBidi"/>
          <w:b/>
          <w:bCs/>
          <w:color w:val="4F81BD" w:themeColor="accent1"/>
          <w:sz w:val="26"/>
          <w:szCs w:val="26"/>
          <w:lang w:val="nl-NL"/>
        </w:rPr>
        <w:t>Afval, Roken &amp; Alcohol</w:t>
      </w:r>
    </w:p>
    <w:p w14:paraId="2C95D426" w14:textId="77777777" w:rsidR="00A06616" w:rsidRPr="00A06616" w:rsidRDefault="00A06616" w:rsidP="00A06616">
      <w:pPr>
        <w:tabs>
          <w:tab w:val="num" w:pos="360"/>
        </w:tabs>
        <w:spacing w:after="200" w:line="276" w:lineRule="auto"/>
        <w:ind w:left="360" w:hanging="360"/>
        <w:contextualSpacing/>
        <w:rPr>
          <w:lang w:val="nl-NL"/>
        </w:rPr>
      </w:pPr>
      <w:r w:rsidRPr="00A06616">
        <w:rPr>
          <w:lang w:val="nl-NL"/>
        </w:rPr>
        <w:t>Deponeer afval in de daarvoor bestemde containers.</w:t>
      </w:r>
    </w:p>
    <w:p w14:paraId="0AF87DBD" w14:textId="77777777" w:rsidR="00A06616" w:rsidRPr="00A06616" w:rsidRDefault="00A06616" w:rsidP="00A06616">
      <w:pPr>
        <w:tabs>
          <w:tab w:val="num" w:pos="360"/>
        </w:tabs>
        <w:spacing w:after="200" w:line="276" w:lineRule="auto"/>
        <w:ind w:left="360" w:hanging="360"/>
        <w:contextualSpacing/>
        <w:rPr>
          <w:lang w:val="nl-NL"/>
        </w:rPr>
      </w:pPr>
      <w:r w:rsidRPr="00A06616">
        <w:rPr>
          <w:lang w:val="nl-NL"/>
        </w:rPr>
        <w:t>Roken is niet toegestaan in sanitaire ruimtes.</w:t>
      </w:r>
    </w:p>
    <w:p w14:paraId="79FC7D85" w14:textId="77777777" w:rsidR="00A06616" w:rsidRDefault="00A06616" w:rsidP="00A06616">
      <w:pPr>
        <w:tabs>
          <w:tab w:val="num" w:pos="360"/>
        </w:tabs>
        <w:spacing w:after="200" w:line="276" w:lineRule="auto"/>
        <w:ind w:left="360" w:hanging="360"/>
        <w:contextualSpacing/>
        <w:rPr>
          <w:lang w:val="nl-NL"/>
        </w:rPr>
      </w:pPr>
      <w:r w:rsidRPr="00A06616">
        <w:rPr>
          <w:lang w:val="nl-NL"/>
        </w:rPr>
        <w:t>Alcoholgebruik is toegestaan, mits dit geen overlast of onveilige situaties veroorzaakt.</w:t>
      </w:r>
    </w:p>
    <w:p w14:paraId="17A40909" w14:textId="1C6D27D0" w:rsidR="00FD7745" w:rsidRPr="00A06616" w:rsidRDefault="00FD7745" w:rsidP="00A06616">
      <w:pPr>
        <w:tabs>
          <w:tab w:val="num" w:pos="360"/>
        </w:tabs>
        <w:spacing w:after="200" w:line="276" w:lineRule="auto"/>
        <w:ind w:left="360" w:hanging="360"/>
        <w:contextualSpacing/>
        <w:rPr>
          <w:lang w:val="nl-NL"/>
        </w:rPr>
      </w:pPr>
      <w:r>
        <w:rPr>
          <w:lang w:val="nl-NL"/>
        </w:rPr>
        <w:t>Alcohol wordt alleen geschonken aan 18 jaar en ouder.</w:t>
      </w:r>
    </w:p>
    <w:p w14:paraId="5F237ADB" w14:textId="77777777" w:rsidR="003D02EB" w:rsidRDefault="003D02EB" w:rsidP="00A06616">
      <w:pPr>
        <w:tabs>
          <w:tab w:val="num" w:pos="360"/>
        </w:tabs>
        <w:spacing w:after="200" w:line="276" w:lineRule="auto"/>
        <w:ind w:left="360" w:hanging="360"/>
        <w:contextualSpacing/>
        <w:rPr>
          <w:lang w:val="nl-NL"/>
        </w:rPr>
      </w:pPr>
      <w:r w:rsidRPr="003D02EB">
        <w:rPr>
          <w:lang w:val="nl-NL"/>
        </w:rPr>
        <w:t>Het meenemen</w:t>
      </w:r>
      <w:r>
        <w:rPr>
          <w:lang w:val="nl-NL"/>
        </w:rPr>
        <w:t xml:space="preserve"> en gebruik</w:t>
      </w:r>
      <w:r w:rsidRPr="003D02EB">
        <w:rPr>
          <w:lang w:val="nl-NL"/>
        </w:rPr>
        <w:t xml:space="preserve"> van glaswerk en blik is wegens veiligheidsredenen niet</w:t>
      </w:r>
    </w:p>
    <w:p w14:paraId="485EC1D5" w14:textId="493E3F4D" w:rsidR="00A06616" w:rsidRDefault="003D02EB" w:rsidP="00A06616">
      <w:pPr>
        <w:tabs>
          <w:tab w:val="num" w:pos="360"/>
        </w:tabs>
        <w:spacing w:after="200" w:line="276" w:lineRule="auto"/>
        <w:ind w:left="360" w:hanging="360"/>
        <w:contextualSpacing/>
        <w:rPr>
          <w:lang w:val="nl-NL"/>
        </w:rPr>
      </w:pPr>
      <w:r w:rsidRPr="003D02EB">
        <w:rPr>
          <w:lang w:val="nl-NL"/>
        </w:rPr>
        <w:t>toegestaan.</w:t>
      </w:r>
      <w:r w:rsidR="00FD7745">
        <w:rPr>
          <w:lang w:val="nl-NL"/>
        </w:rPr>
        <w:t xml:space="preserve"> Hierop wordt gecontroleerd.</w:t>
      </w:r>
    </w:p>
    <w:p w14:paraId="06C3A644" w14:textId="1F5B4880" w:rsidR="00FD7745" w:rsidRDefault="00FD7745" w:rsidP="00A06616">
      <w:pPr>
        <w:tabs>
          <w:tab w:val="num" w:pos="360"/>
        </w:tabs>
        <w:spacing w:after="200" w:line="276" w:lineRule="auto"/>
        <w:ind w:left="360" w:hanging="360"/>
        <w:contextualSpacing/>
        <w:rPr>
          <w:lang w:val="nl-NL"/>
        </w:rPr>
      </w:pPr>
      <w:r>
        <w:rPr>
          <w:lang w:val="nl-NL"/>
        </w:rPr>
        <w:t>Bij uitchecken kampeerplaats schoon opleveren.</w:t>
      </w:r>
    </w:p>
    <w:p w14:paraId="2C59558C" w14:textId="77777777" w:rsidR="00A06616" w:rsidRPr="00A06616" w:rsidRDefault="00A06616" w:rsidP="00A06616">
      <w:pPr>
        <w:tabs>
          <w:tab w:val="num" w:pos="360"/>
        </w:tabs>
        <w:spacing w:after="200" w:line="276" w:lineRule="auto"/>
        <w:ind w:left="360" w:hanging="360"/>
        <w:contextualSpacing/>
        <w:rPr>
          <w:lang w:val="nl-NL"/>
        </w:rPr>
      </w:pPr>
    </w:p>
    <w:p w14:paraId="4A011183" w14:textId="77777777" w:rsidR="00A06616" w:rsidRPr="00A06616"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lang w:val="nl-NL"/>
        </w:rPr>
      </w:pPr>
      <w:r w:rsidRPr="00A06616">
        <w:rPr>
          <w:rFonts w:asciiTheme="majorHAnsi" w:eastAsiaTheme="majorEastAsia" w:hAnsiTheme="majorHAnsi" w:cstheme="majorBidi"/>
          <w:b/>
          <w:bCs/>
          <w:color w:val="4F81BD" w:themeColor="accent1"/>
          <w:sz w:val="26"/>
          <w:szCs w:val="26"/>
          <w:lang w:val="nl-NL"/>
        </w:rPr>
        <w:t>Huisdieren</w:t>
      </w:r>
    </w:p>
    <w:p w14:paraId="2609A5F5" w14:textId="77777777" w:rsidR="00A06616" w:rsidRPr="00A06616" w:rsidRDefault="00A06616" w:rsidP="00A06616">
      <w:pPr>
        <w:tabs>
          <w:tab w:val="num" w:pos="360"/>
        </w:tabs>
        <w:spacing w:after="200" w:line="276" w:lineRule="auto"/>
        <w:ind w:left="360" w:hanging="360"/>
        <w:contextualSpacing/>
        <w:rPr>
          <w:lang w:val="nl-NL"/>
        </w:rPr>
      </w:pPr>
      <w:r w:rsidRPr="00A06616">
        <w:rPr>
          <w:lang w:val="nl-NL"/>
        </w:rPr>
        <w:t>Huisdieren zijn in principe niet toegestaan.</w:t>
      </w:r>
    </w:p>
    <w:p w14:paraId="5B3079E6" w14:textId="77777777" w:rsidR="00A06616" w:rsidRDefault="00A06616" w:rsidP="00A06616">
      <w:pPr>
        <w:tabs>
          <w:tab w:val="num" w:pos="360"/>
        </w:tabs>
        <w:spacing w:after="200" w:line="276" w:lineRule="auto"/>
        <w:ind w:left="360" w:hanging="360"/>
        <w:contextualSpacing/>
        <w:rPr>
          <w:lang w:val="nl-NL"/>
        </w:rPr>
      </w:pPr>
      <w:r w:rsidRPr="00A06616">
        <w:rPr>
          <w:lang w:val="nl-NL"/>
        </w:rPr>
        <w:t>Hulphonden zijn uiteraard wel welkom.</w:t>
      </w:r>
    </w:p>
    <w:p w14:paraId="2BCD2147" w14:textId="77777777" w:rsidR="00A06616" w:rsidRPr="00A06616" w:rsidRDefault="00A06616" w:rsidP="00A06616">
      <w:pPr>
        <w:tabs>
          <w:tab w:val="num" w:pos="360"/>
        </w:tabs>
        <w:spacing w:after="200" w:line="276" w:lineRule="auto"/>
        <w:ind w:left="360" w:hanging="360"/>
        <w:contextualSpacing/>
        <w:rPr>
          <w:lang w:val="nl-NL"/>
        </w:rPr>
      </w:pPr>
    </w:p>
    <w:p w14:paraId="6DC15AD9" w14:textId="77777777" w:rsidR="00A06616" w:rsidRPr="00A06616"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lang w:val="nl-NL"/>
        </w:rPr>
      </w:pPr>
      <w:r w:rsidRPr="00A06616">
        <w:rPr>
          <w:rFonts w:asciiTheme="majorHAnsi" w:eastAsiaTheme="majorEastAsia" w:hAnsiTheme="majorHAnsi" w:cstheme="majorBidi"/>
          <w:b/>
          <w:bCs/>
          <w:color w:val="4F81BD" w:themeColor="accent1"/>
          <w:sz w:val="26"/>
          <w:szCs w:val="26"/>
          <w:lang w:val="nl-NL"/>
        </w:rPr>
        <w:t>Vertrek</w:t>
      </w:r>
    </w:p>
    <w:p w14:paraId="2DC71F0F" w14:textId="77777777" w:rsidR="00A06616" w:rsidRDefault="00A06616" w:rsidP="00A06616">
      <w:pPr>
        <w:tabs>
          <w:tab w:val="num" w:pos="360"/>
        </w:tabs>
        <w:spacing w:after="200" w:line="276" w:lineRule="auto"/>
        <w:ind w:left="360" w:hanging="360"/>
        <w:contextualSpacing/>
        <w:rPr>
          <w:lang w:val="nl-NL"/>
        </w:rPr>
      </w:pPr>
      <w:r w:rsidRPr="00A06616">
        <w:rPr>
          <w:lang w:val="nl-NL"/>
        </w:rPr>
        <w:t>Vertrek uiterlijk zondag vóór 24.00 uur, tenzij anders overeengekomen.</w:t>
      </w:r>
    </w:p>
    <w:p w14:paraId="7AC441B5" w14:textId="77777777" w:rsidR="00FD7745" w:rsidRPr="00FD7745" w:rsidRDefault="00FD7745" w:rsidP="00FD7745">
      <w:pPr>
        <w:tabs>
          <w:tab w:val="num" w:pos="360"/>
        </w:tabs>
        <w:spacing w:after="200" w:line="276" w:lineRule="auto"/>
        <w:ind w:left="360" w:hanging="360"/>
        <w:contextualSpacing/>
        <w:rPr>
          <w:lang w:val="nl-NL"/>
        </w:rPr>
      </w:pPr>
      <w:r w:rsidRPr="00FD7745">
        <w:rPr>
          <w:lang w:val="nl-NL"/>
        </w:rPr>
        <w:t>Bij vertrek na overnachting op vrijdag en zaterdag dient u voor 11:00 uur uit te checken.</w:t>
      </w:r>
    </w:p>
    <w:p w14:paraId="5E8C6DB2" w14:textId="3815A6F2" w:rsidR="00FD7745" w:rsidRDefault="00FD7745" w:rsidP="00FD7745">
      <w:pPr>
        <w:tabs>
          <w:tab w:val="num" w:pos="360"/>
        </w:tabs>
        <w:spacing w:after="200" w:line="276" w:lineRule="auto"/>
        <w:ind w:left="360" w:hanging="360"/>
        <w:contextualSpacing/>
        <w:rPr>
          <w:lang w:val="nl-NL"/>
        </w:rPr>
      </w:pPr>
      <w:r w:rsidRPr="00FD7745">
        <w:rPr>
          <w:lang w:val="nl-NL"/>
        </w:rPr>
        <w:t>Voor uitchecken melden bij de receptie</w:t>
      </w:r>
      <w:r w:rsidR="00023027">
        <w:rPr>
          <w:lang w:val="nl-NL"/>
        </w:rPr>
        <w:t>.</w:t>
      </w:r>
    </w:p>
    <w:p w14:paraId="5E82E5C1" w14:textId="77777777" w:rsidR="00A06616" w:rsidRPr="00A06616" w:rsidRDefault="00A06616" w:rsidP="00A06616">
      <w:pPr>
        <w:tabs>
          <w:tab w:val="num" w:pos="360"/>
        </w:tabs>
        <w:spacing w:after="200" w:line="276" w:lineRule="auto"/>
        <w:ind w:left="360" w:hanging="360"/>
        <w:contextualSpacing/>
        <w:rPr>
          <w:lang w:val="nl-NL"/>
        </w:rPr>
      </w:pPr>
    </w:p>
    <w:p w14:paraId="4AFF4F66" w14:textId="77777777" w:rsidR="00A06616" w:rsidRPr="00A06616"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lang w:val="nl-NL"/>
        </w:rPr>
      </w:pPr>
      <w:r w:rsidRPr="00A06616">
        <w:rPr>
          <w:rFonts w:asciiTheme="majorHAnsi" w:eastAsiaTheme="majorEastAsia" w:hAnsiTheme="majorHAnsi" w:cstheme="majorBidi"/>
          <w:b/>
          <w:bCs/>
          <w:color w:val="4F81BD" w:themeColor="accent1"/>
          <w:sz w:val="26"/>
          <w:szCs w:val="26"/>
          <w:lang w:val="nl-NL"/>
        </w:rPr>
        <w:t>Aansprakelijkheid</w:t>
      </w:r>
    </w:p>
    <w:p w14:paraId="3F95EACD" w14:textId="77777777" w:rsidR="00A06616" w:rsidRPr="00A06616" w:rsidRDefault="00A06616" w:rsidP="00A06616">
      <w:pPr>
        <w:tabs>
          <w:tab w:val="num" w:pos="360"/>
        </w:tabs>
        <w:spacing w:after="200" w:line="276" w:lineRule="auto"/>
        <w:ind w:left="360" w:hanging="360"/>
        <w:contextualSpacing/>
        <w:rPr>
          <w:lang w:val="nl-NL"/>
        </w:rPr>
      </w:pPr>
      <w:r w:rsidRPr="00A06616">
        <w:rPr>
          <w:lang w:val="nl-NL"/>
        </w:rPr>
        <w:t>Betreden van het terrein gebeurt op eigen risico.</w:t>
      </w:r>
    </w:p>
    <w:p w14:paraId="28FE73CD" w14:textId="77777777" w:rsidR="00A06616" w:rsidRDefault="00A06616" w:rsidP="00A06616">
      <w:pPr>
        <w:tabs>
          <w:tab w:val="num" w:pos="360"/>
        </w:tabs>
        <w:spacing w:after="200" w:line="276" w:lineRule="auto"/>
        <w:ind w:left="360" w:hanging="360"/>
        <w:contextualSpacing/>
        <w:rPr>
          <w:lang w:val="nl-NL"/>
        </w:rPr>
      </w:pPr>
      <w:r w:rsidRPr="00A06616">
        <w:rPr>
          <w:lang w:val="nl-NL"/>
        </w:rPr>
        <w:t>De organisatie is niet aansprakelijk voor verlies, diefstal, schade of letsel</w:t>
      </w:r>
      <w:r>
        <w:rPr>
          <w:lang w:val="nl-NL"/>
        </w:rPr>
        <w:t>.</w:t>
      </w:r>
    </w:p>
    <w:p w14:paraId="6086B3E5" w14:textId="77777777" w:rsidR="00A06616" w:rsidRDefault="00A06616" w:rsidP="00A06616">
      <w:pPr>
        <w:tabs>
          <w:tab w:val="num" w:pos="360"/>
        </w:tabs>
        <w:spacing w:after="200" w:line="276" w:lineRule="auto"/>
        <w:ind w:left="360" w:hanging="360"/>
        <w:contextualSpacing/>
        <w:rPr>
          <w:lang w:val="nl-NL"/>
        </w:rPr>
      </w:pPr>
    </w:p>
    <w:p w14:paraId="1EFBF62C" w14:textId="3CFBF54E" w:rsidR="00A06616" w:rsidRPr="00A06616" w:rsidRDefault="00A06616" w:rsidP="00A06616">
      <w:pPr>
        <w:tabs>
          <w:tab w:val="num" w:pos="360"/>
        </w:tabs>
        <w:spacing w:after="200" w:line="276" w:lineRule="auto"/>
        <w:ind w:left="360" w:hanging="360"/>
        <w:contextualSpacing/>
        <w:rPr>
          <w:lang w:val="nl-NL"/>
        </w:rPr>
      </w:pPr>
      <w:r w:rsidRPr="00A06616">
        <w:rPr>
          <w:rFonts w:asciiTheme="majorHAnsi" w:eastAsiaTheme="majorEastAsia" w:hAnsiTheme="majorHAnsi" w:cstheme="majorBidi"/>
          <w:b/>
          <w:bCs/>
          <w:color w:val="4F81BD" w:themeColor="accent1"/>
          <w:sz w:val="26"/>
          <w:szCs w:val="26"/>
          <w:lang w:val="nl-NL"/>
        </w:rPr>
        <w:t>Handhaving</w:t>
      </w:r>
    </w:p>
    <w:p w14:paraId="16899EA8" w14:textId="77777777" w:rsidR="00A06616" w:rsidRDefault="00A06616" w:rsidP="00A06616">
      <w:pPr>
        <w:tabs>
          <w:tab w:val="num" w:pos="360"/>
        </w:tabs>
        <w:spacing w:after="200" w:line="276" w:lineRule="auto"/>
        <w:ind w:left="360" w:hanging="360"/>
        <w:contextualSpacing/>
        <w:rPr>
          <w:lang w:val="nl-NL"/>
        </w:rPr>
      </w:pPr>
      <w:r w:rsidRPr="00A06616">
        <w:rPr>
          <w:lang w:val="nl-NL"/>
        </w:rPr>
        <w:t xml:space="preserve">Bij ernstig wangedrag of het niet naleven van de huisregels kan de organisatie </w:t>
      </w:r>
    </w:p>
    <w:p w14:paraId="7BEA69EB" w14:textId="77777777" w:rsidR="00023027" w:rsidRDefault="00A06616" w:rsidP="00A06616">
      <w:pPr>
        <w:tabs>
          <w:tab w:val="num" w:pos="360"/>
        </w:tabs>
        <w:spacing w:after="200" w:line="276" w:lineRule="auto"/>
        <w:ind w:left="360" w:hanging="360"/>
        <w:contextualSpacing/>
        <w:rPr>
          <w:lang w:val="nl-NL"/>
        </w:rPr>
      </w:pPr>
      <w:r w:rsidRPr="00A06616">
        <w:rPr>
          <w:lang w:val="nl-NL"/>
        </w:rPr>
        <w:t>besluiten ee</w:t>
      </w:r>
      <w:r>
        <w:rPr>
          <w:lang w:val="nl-NL"/>
        </w:rPr>
        <w:t>n bezoeker</w:t>
      </w:r>
      <w:r w:rsidRPr="00A06616">
        <w:rPr>
          <w:lang w:val="nl-NL"/>
        </w:rPr>
        <w:t xml:space="preserve"> van het terrein te verwijderen.</w:t>
      </w:r>
      <w:r w:rsidR="00023027">
        <w:rPr>
          <w:lang w:val="nl-NL"/>
        </w:rPr>
        <w:t xml:space="preserve"> In dergelijke situatie </w:t>
      </w:r>
    </w:p>
    <w:p w14:paraId="431FB9A5" w14:textId="5573845F" w:rsidR="00A06616" w:rsidRPr="00A06616" w:rsidRDefault="00023027" w:rsidP="00A06616">
      <w:pPr>
        <w:tabs>
          <w:tab w:val="num" w:pos="360"/>
        </w:tabs>
        <w:spacing w:after="200" w:line="276" w:lineRule="auto"/>
        <w:ind w:left="360" w:hanging="360"/>
        <w:contextualSpacing/>
        <w:rPr>
          <w:lang w:val="nl-NL"/>
        </w:rPr>
      </w:pPr>
      <w:r>
        <w:rPr>
          <w:lang w:val="nl-NL"/>
        </w:rPr>
        <w:t>volgt geen restitutie.</w:t>
      </w:r>
    </w:p>
    <w:p w14:paraId="10D1B501" w14:textId="67A41750" w:rsidR="00164230" w:rsidRPr="00AB0217" w:rsidRDefault="00164230" w:rsidP="00A06616">
      <w:pPr>
        <w:rPr>
          <w:lang w:val="nl-NL"/>
        </w:rPr>
      </w:pPr>
    </w:p>
    <w:sectPr w:rsidR="00164230" w:rsidRPr="00AB0217" w:rsidSect="001406CF">
      <w:headerReference w:type="default" r:id="rId9"/>
      <w:footerReference w:type="default" r:id="rId10"/>
      <w:pgSz w:w="12240" w:h="15840"/>
      <w:pgMar w:top="1440" w:right="1800" w:bottom="1440" w:left="1800" w:header="0" w:footer="720" w:gutter="0"/>
      <w:pgBorders w:offsetFrom="page">
        <w:top w:val="single" w:sz="4" w:space="24" w:color="92D050"/>
        <w:left w:val="single" w:sz="4" w:space="24" w:color="92D050"/>
        <w:bottom w:val="single" w:sz="4" w:space="24" w:color="92D050"/>
        <w:right w:val="single" w:sz="4" w:space="24" w:color="92D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05C63" w14:textId="77777777" w:rsidR="000A5BCD" w:rsidRDefault="000A5BCD" w:rsidP="00B2302D">
      <w:pPr>
        <w:spacing w:after="0"/>
      </w:pPr>
      <w:r>
        <w:separator/>
      </w:r>
    </w:p>
  </w:endnote>
  <w:endnote w:type="continuationSeparator" w:id="0">
    <w:p w14:paraId="00515F84" w14:textId="77777777" w:rsidR="000A5BCD" w:rsidRDefault="000A5BCD" w:rsidP="00B230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9918915"/>
      <w:docPartObj>
        <w:docPartGallery w:val="Page Numbers (Bottom of Page)"/>
        <w:docPartUnique/>
      </w:docPartObj>
    </w:sdtPr>
    <w:sdtContent>
      <w:p w14:paraId="2992A32B" w14:textId="05317995" w:rsidR="004F3B72" w:rsidRDefault="004F3B72">
        <w:pPr>
          <w:pStyle w:val="Voettekst"/>
          <w:jc w:val="right"/>
        </w:pPr>
        <w:r>
          <w:fldChar w:fldCharType="begin"/>
        </w:r>
        <w:r>
          <w:instrText>PAGE   \* MERGEFORMAT</w:instrText>
        </w:r>
        <w:r>
          <w:fldChar w:fldCharType="separate"/>
        </w:r>
        <w:r>
          <w:rPr>
            <w:lang w:val="nl-NL"/>
          </w:rPr>
          <w:t>2</w:t>
        </w:r>
        <w:r>
          <w:fldChar w:fldCharType="end"/>
        </w:r>
      </w:p>
    </w:sdtContent>
  </w:sdt>
  <w:p w14:paraId="51EE4A22" w14:textId="77777777" w:rsidR="004F3B72" w:rsidRDefault="004F3B7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E1B32" w14:textId="77777777" w:rsidR="000A5BCD" w:rsidRDefault="000A5BCD" w:rsidP="00B2302D">
      <w:pPr>
        <w:spacing w:after="0"/>
      </w:pPr>
      <w:r>
        <w:separator/>
      </w:r>
    </w:p>
  </w:footnote>
  <w:footnote w:type="continuationSeparator" w:id="0">
    <w:p w14:paraId="21C3FC96" w14:textId="77777777" w:rsidR="000A5BCD" w:rsidRDefault="000A5BCD" w:rsidP="00B230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C75D6" w14:textId="14680AC4" w:rsidR="00B2302D" w:rsidRPr="00BE7757" w:rsidRDefault="00335C6B" w:rsidP="00B2302D">
    <w:pPr>
      <w:pStyle w:val="Kop1"/>
      <w:rPr>
        <w:lang w:val="nl-NL"/>
      </w:rPr>
    </w:pPr>
    <w:r>
      <w:rPr>
        <w:noProof/>
        <w:lang w:val="nl-NL"/>
      </w:rPr>
      <w:drawing>
        <wp:inline distT="0" distB="0" distL="0" distR="0" wp14:anchorId="7671C5AF" wp14:editId="3003A40A">
          <wp:extent cx="1112520" cy="1112520"/>
          <wp:effectExtent l="0" t="0" r="0" b="0"/>
          <wp:docPr id="18306955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95559" name="Afbeelding 1830695559"/>
                  <pic:cNvPicPr/>
                </pic:nvPicPr>
                <pic:blipFill>
                  <a:blip r:embed="rId1"/>
                  <a:stretch>
                    <a:fillRect/>
                  </a:stretch>
                </pic:blipFill>
                <pic:spPr>
                  <a:xfrm>
                    <a:off x="0" y="0"/>
                    <a:ext cx="1112520" cy="1112520"/>
                  </a:xfrm>
                  <a:prstGeom prst="rect">
                    <a:avLst/>
                  </a:prstGeom>
                </pic:spPr>
              </pic:pic>
            </a:graphicData>
          </a:graphic>
        </wp:inline>
      </w:drawing>
    </w:r>
    <w:r w:rsidR="00B2302D">
      <w:rPr>
        <w:lang w:val="nl-NL"/>
      </w:rPr>
      <w:t>Reserverings</w:t>
    </w:r>
    <w:r w:rsidR="00B2302D" w:rsidRPr="00BE7757">
      <w:rPr>
        <w:lang w:val="nl-NL"/>
      </w:rPr>
      <w:t>formulier TT Veteranencamping Assen 2026</w:t>
    </w:r>
  </w:p>
  <w:p w14:paraId="2E339EF6" w14:textId="77777777" w:rsidR="00B2302D" w:rsidRDefault="00B230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9" w15:restartNumberingAfterBreak="0">
    <w:nsid w:val="5EE678D7"/>
    <w:multiLevelType w:val="hybridMultilevel"/>
    <w:tmpl w:val="4656B3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77783616">
    <w:abstractNumId w:val="8"/>
  </w:num>
  <w:num w:numId="2" w16cid:durableId="78871717">
    <w:abstractNumId w:val="6"/>
  </w:num>
  <w:num w:numId="3" w16cid:durableId="158545169">
    <w:abstractNumId w:val="5"/>
  </w:num>
  <w:num w:numId="4" w16cid:durableId="181819717">
    <w:abstractNumId w:val="4"/>
  </w:num>
  <w:num w:numId="5" w16cid:durableId="1417173238">
    <w:abstractNumId w:val="7"/>
  </w:num>
  <w:num w:numId="6" w16cid:durableId="778991894">
    <w:abstractNumId w:val="3"/>
  </w:num>
  <w:num w:numId="7" w16cid:durableId="1047337711">
    <w:abstractNumId w:val="2"/>
  </w:num>
  <w:num w:numId="8" w16cid:durableId="263391106">
    <w:abstractNumId w:val="1"/>
  </w:num>
  <w:num w:numId="9" w16cid:durableId="1102335739">
    <w:abstractNumId w:val="0"/>
  </w:num>
  <w:num w:numId="10" w16cid:durableId="10513405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23027"/>
    <w:rsid w:val="00034616"/>
    <w:rsid w:val="0003544D"/>
    <w:rsid w:val="0006063C"/>
    <w:rsid w:val="000913A1"/>
    <w:rsid w:val="000A5BCD"/>
    <w:rsid w:val="001406CF"/>
    <w:rsid w:val="0015074B"/>
    <w:rsid w:val="00164230"/>
    <w:rsid w:val="001A1BB0"/>
    <w:rsid w:val="001B2D45"/>
    <w:rsid w:val="001D34E2"/>
    <w:rsid w:val="001F1B23"/>
    <w:rsid w:val="0022053D"/>
    <w:rsid w:val="00255F9A"/>
    <w:rsid w:val="00266ACA"/>
    <w:rsid w:val="0029639D"/>
    <w:rsid w:val="00297AFF"/>
    <w:rsid w:val="002B0650"/>
    <w:rsid w:val="00326F90"/>
    <w:rsid w:val="00335C6B"/>
    <w:rsid w:val="00361BC4"/>
    <w:rsid w:val="003A3B6C"/>
    <w:rsid w:val="003D02EB"/>
    <w:rsid w:val="003D04CA"/>
    <w:rsid w:val="00401BEB"/>
    <w:rsid w:val="004F3B72"/>
    <w:rsid w:val="005141EF"/>
    <w:rsid w:val="005A1A57"/>
    <w:rsid w:val="00600DB0"/>
    <w:rsid w:val="00655429"/>
    <w:rsid w:val="006B543A"/>
    <w:rsid w:val="00762C0D"/>
    <w:rsid w:val="00770CD4"/>
    <w:rsid w:val="00772074"/>
    <w:rsid w:val="007E699B"/>
    <w:rsid w:val="00806C59"/>
    <w:rsid w:val="00864DF3"/>
    <w:rsid w:val="008A495A"/>
    <w:rsid w:val="008C246B"/>
    <w:rsid w:val="00914F3F"/>
    <w:rsid w:val="00946DB5"/>
    <w:rsid w:val="009D28ED"/>
    <w:rsid w:val="00A06616"/>
    <w:rsid w:val="00A6293D"/>
    <w:rsid w:val="00A700E3"/>
    <w:rsid w:val="00AA1D8D"/>
    <w:rsid w:val="00AB0217"/>
    <w:rsid w:val="00AD271C"/>
    <w:rsid w:val="00B1311F"/>
    <w:rsid w:val="00B2302D"/>
    <w:rsid w:val="00B43A65"/>
    <w:rsid w:val="00B47730"/>
    <w:rsid w:val="00B92616"/>
    <w:rsid w:val="00BE7757"/>
    <w:rsid w:val="00C05F41"/>
    <w:rsid w:val="00C12218"/>
    <w:rsid w:val="00C64792"/>
    <w:rsid w:val="00C727AA"/>
    <w:rsid w:val="00CB0664"/>
    <w:rsid w:val="00D65681"/>
    <w:rsid w:val="00D76841"/>
    <w:rsid w:val="00D829CD"/>
    <w:rsid w:val="00DC1BE0"/>
    <w:rsid w:val="00DE30C3"/>
    <w:rsid w:val="00E24FF7"/>
    <w:rsid w:val="00EA6C8E"/>
    <w:rsid w:val="00F21488"/>
    <w:rsid w:val="00F4497E"/>
    <w:rsid w:val="00FC693F"/>
    <w:rsid w:val="00FD7745"/>
    <w:rsid w:val="00FE37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445020"/>
  <w14:defaultImageDpi w14:val="300"/>
  <w15:docId w15:val="{EF0CE9DB-8203-8542-95BE-B0DC16CA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astertabel3-Accent3">
    <w:name w:val="Grid Table 3 Accent 3"/>
    <w:basedOn w:val="Standaardtabel"/>
    <w:uiPriority w:val="48"/>
    <w:rsid w:val="00BE7757"/>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astertabel5donker-Accent3">
    <w:name w:val="Grid Table 5 Dark Accent 3"/>
    <w:basedOn w:val="Standaardtabel"/>
    <w:uiPriority w:val="50"/>
    <w:rsid w:val="00BE775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Hyperlink">
    <w:name w:val="Hyperlink"/>
    <w:basedOn w:val="Standaardalinea-lettertype"/>
    <w:uiPriority w:val="99"/>
    <w:unhideWhenUsed/>
    <w:rsid w:val="008C246B"/>
    <w:rPr>
      <w:color w:val="0000FF" w:themeColor="hyperlink"/>
      <w:u w:val="single"/>
    </w:rPr>
  </w:style>
  <w:style w:type="character" w:styleId="Onopgelostemelding">
    <w:name w:val="Unresolved Mention"/>
    <w:basedOn w:val="Standaardalinea-lettertype"/>
    <w:uiPriority w:val="99"/>
    <w:semiHidden/>
    <w:unhideWhenUsed/>
    <w:rsid w:val="008C246B"/>
    <w:rPr>
      <w:color w:val="605E5C"/>
      <w:shd w:val="clear" w:color="auto" w:fill="E1DFDD"/>
    </w:rPr>
  </w:style>
  <w:style w:type="character" w:styleId="GevolgdeHyperlink">
    <w:name w:val="FollowedHyperlink"/>
    <w:basedOn w:val="Standaardalinea-lettertype"/>
    <w:uiPriority w:val="99"/>
    <w:semiHidden/>
    <w:unhideWhenUsed/>
    <w:rsid w:val="008C24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maps/search/52.978135,+6.496225?coh=277534&amp;entry=t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902</Words>
  <Characters>4963</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5854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Knol, Faya</cp:lastModifiedBy>
  <cp:revision>2</cp:revision>
  <cp:lastPrinted>2026-01-06T13:47:00Z</cp:lastPrinted>
  <dcterms:created xsi:type="dcterms:W3CDTF">2026-03-01T19:30:00Z</dcterms:created>
  <dcterms:modified xsi:type="dcterms:W3CDTF">2026-03-01T19:30:00Z</dcterms:modified>
  <cp:category/>
</cp:coreProperties>
</file>